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E4787" w14:textId="77777777" w:rsidR="00C61511" w:rsidRPr="00E85D67" w:rsidRDefault="00000000">
      <w:pPr>
        <w:jc w:val="center"/>
        <w:rPr>
          <w:lang w:val="fr-FR"/>
        </w:rPr>
      </w:pPr>
      <w:r w:rsidRPr="00E85D67">
        <w:rPr>
          <w:b/>
          <w:sz w:val="22"/>
          <w:lang w:val="fr-FR"/>
        </w:rPr>
        <w:t>RÉPUBLIQUE DU SÉNÉGAL</w:t>
      </w:r>
    </w:p>
    <w:p w14:paraId="443ABF70" w14:textId="77777777" w:rsidR="00C61511" w:rsidRPr="00E85D67" w:rsidRDefault="00000000">
      <w:pPr>
        <w:jc w:val="center"/>
        <w:rPr>
          <w:lang w:val="fr-FR"/>
        </w:rPr>
      </w:pPr>
      <w:r w:rsidRPr="00E85D67">
        <w:rPr>
          <w:lang w:val="fr-FR"/>
        </w:rPr>
        <w:t>Ministère chargé de l’Énergie</w:t>
      </w:r>
    </w:p>
    <w:p w14:paraId="1CCF0AC6" w14:textId="77777777" w:rsidR="00C61511" w:rsidRPr="00E85D67" w:rsidRDefault="00C61511">
      <w:pPr>
        <w:spacing w:after="360"/>
        <w:rPr>
          <w:lang w:val="fr-FR"/>
        </w:rPr>
      </w:pPr>
    </w:p>
    <w:p w14:paraId="4DDD14A9" w14:textId="20B2CEF0" w:rsidR="00C61511" w:rsidRPr="00E85D67" w:rsidRDefault="00000000">
      <w:pPr>
        <w:pStyle w:val="Titre"/>
        <w:jc w:val="center"/>
        <w:rPr>
          <w:lang w:val="fr-FR"/>
        </w:rPr>
      </w:pPr>
      <w:r w:rsidRPr="00E85D67">
        <w:rPr>
          <w:lang w:val="fr-FR"/>
        </w:rPr>
        <w:t>Formulaire d</w:t>
      </w:r>
      <w:r w:rsidR="00CE0365">
        <w:rPr>
          <w:lang w:val="fr-FR"/>
        </w:rPr>
        <w:t xml:space="preserve">’annonce de </w:t>
      </w:r>
      <w:r w:rsidRPr="00E85D67">
        <w:rPr>
          <w:lang w:val="fr-FR"/>
        </w:rPr>
        <w:t>soumission d’une offre spontanée</w:t>
      </w:r>
    </w:p>
    <w:p w14:paraId="356E8338" w14:textId="77777777" w:rsidR="00C61511" w:rsidRPr="00E85D67" w:rsidRDefault="00000000">
      <w:pPr>
        <w:jc w:val="center"/>
        <w:rPr>
          <w:lang w:val="fr-FR"/>
        </w:rPr>
      </w:pPr>
      <w:r w:rsidRPr="00E85D67">
        <w:rPr>
          <w:b/>
          <w:color w:val="17365D"/>
          <w:sz w:val="28"/>
          <w:lang w:val="fr-FR"/>
        </w:rPr>
        <w:t>Programme d’achèvement de l’accès universel à l’électricité à l’horizon 2029</w:t>
      </w:r>
    </w:p>
    <w:p w14:paraId="6BACBD6E" w14:textId="77777777" w:rsidR="00C61511" w:rsidRPr="00E85D67" w:rsidRDefault="00C61511">
      <w:pPr>
        <w:spacing w:after="320"/>
        <w:rPr>
          <w:lang w:val="fr-FR"/>
        </w:rPr>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98"/>
        <w:gridCol w:w="3005"/>
        <w:gridCol w:w="2098"/>
        <w:gridCol w:w="2551"/>
      </w:tblGrid>
      <w:tr w:rsidR="00C61511" w14:paraId="2A894C61" w14:textId="77777777">
        <w:trPr>
          <w:tblHeader/>
          <w:jc w:val="center"/>
        </w:trPr>
        <w:tc>
          <w:tcPr>
            <w:tcW w:w="2098" w:type="dxa"/>
            <w:shd w:val="clear" w:color="auto" w:fill="17365D"/>
            <w:tcMar>
              <w:top w:w="110" w:type="dxa"/>
              <w:left w:w="120" w:type="dxa"/>
              <w:bottom w:w="110" w:type="dxa"/>
              <w:right w:w="120" w:type="dxa"/>
            </w:tcMar>
            <w:vAlign w:val="center"/>
          </w:tcPr>
          <w:p w14:paraId="5CEC06BE" w14:textId="77777777" w:rsidR="00C61511" w:rsidRDefault="00000000">
            <w:pPr>
              <w:spacing w:after="0" w:line="252" w:lineRule="auto"/>
              <w:jc w:val="center"/>
            </w:pPr>
            <w:r>
              <w:rPr>
                <w:b/>
                <w:color w:val="FFFFFF"/>
                <w:sz w:val="18"/>
              </w:rPr>
              <w:t>Référence de l’offre</w:t>
            </w:r>
          </w:p>
        </w:tc>
        <w:tc>
          <w:tcPr>
            <w:tcW w:w="3005" w:type="dxa"/>
            <w:shd w:val="clear" w:color="auto" w:fill="17365D"/>
            <w:tcMar>
              <w:top w:w="110" w:type="dxa"/>
              <w:left w:w="120" w:type="dxa"/>
              <w:bottom w:w="110" w:type="dxa"/>
              <w:right w:w="120" w:type="dxa"/>
            </w:tcMar>
            <w:vAlign w:val="center"/>
          </w:tcPr>
          <w:p w14:paraId="65CB8282" w14:textId="77777777" w:rsidR="00C61511" w:rsidRDefault="00000000">
            <w:pPr>
              <w:spacing w:after="0" w:line="252" w:lineRule="auto"/>
              <w:jc w:val="center"/>
            </w:pPr>
            <w:r>
              <w:rPr>
                <w:b/>
                <w:color w:val="FFFFFF"/>
                <w:sz w:val="18"/>
              </w:rPr>
              <w:t>Porteur du projet</w:t>
            </w:r>
          </w:p>
        </w:tc>
        <w:tc>
          <w:tcPr>
            <w:tcW w:w="2098" w:type="dxa"/>
            <w:shd w:val="clear" w:color="auto" w:fill="17365D"/>
            <w:tcMar>
              <w:top w:w="110" w:type="dxa"/>
              <w:left w:w="120" w:type="dxa"/>
              <w:bottom w:w="110" w:type="dxa"/>
              <w:right w:w="120" w:type="dxa"/>
            </w:tcMar>
            <w:vAlign w:val="center"/>
          </w:tcPr>
          <w:p w14:paraId="4B5AAD1D" w14:textId="77777777" w:rsidR="00C61511" w:rsidRDefault="00000000">
            <w:pPr>
              <w:spacing w:after="0" w:line="252" w:lineRule="auto"/>
              <w:jc w:val="center"/>
            </w:pPr>
            <w:r>
              <w:rPr>
                <w:b/>
                <w:color w:val="FFFFFF"/>
                <w:sz w:val="18"/>
              </w:rPr>
              <w:t>Nombre de localités</w:t>
            </w:r>
          </w:p>
        </w:tc>
        <w:tc>
          <w:tcPr>
            <w:tcW w:w="2551" w:type="dxa"/>
            <w:shd w:val="clear" w:color="auto" w:fill="17365D"/>
            <w:tcMar>
              <w:top w:w="110" w:type="dxa"/>
              <w:left w:w="120" w:type="dxa"/>
              <w:bottom w:w="110" w:type="dxa"/>
              <w:right w:w="120" w:type="dxa"/>
            </w:tcMar>
            <w:vAlign w:val="center"/>
          </w:tcPr>
          <w:p w14:paraId="70AFFCFC" w14:textId="77777777" w:rsidR="00C61511" w:rsidRDefault="00000000">
            <w:pPr>
              <w:spacing w:after="0" w:line="252" w:lineRule="auto"/>
              <w:jc w:val="center"/>
            </w:pPr>
            <w:r>
              <w:rPr>
                <w:b/>
                <w:color w:val="FFFFFF"/>
                <w:sz w:val="18"/>
              </w:rPr>
              <w:t>Montant proposé</w:t>
            </w:r>
          </w:p>
        </w:tc>
      </w:tr>
      <w:tr w:rsidR="00C61511" w14:paraId="3963696E" w14:textId="77777777">
        <w:trPr>
          <w:jc w:val="center"/>
        </w:trPr>
        <w:tc>
          <w:tcPr>
            <w:tcW w:w="2098" w:type="dxa"/>
            <w:tcMar>
              <w:top w:w="110" w:type="dxa"/>
              <w:left w:w="120" w:type="dxa"/>
              <w:bottom w:w="110" w:type="dxa"/>
              <w:right w:w="120" w:type="dxa"/>
            </w:tcMar>
            <w:vAlign w:val="center"/>
          </w:tcPr>
          <w:p w14:paraId="7043F064" w14:textId="77777777" w:rsidR="00C61511" w:rsidRDefault="00000000">
            <w:pPr>
              <w:spacing w:after="0" w:line="252" w:lineRule="auto"/>
              <w:jc w:val="center"/>
            </w:pPr>
            <w:r>
              <w:rPr>
                <w:sz w:val="18"/>
              </w:rPr>
              <w:t>……………………</w:t>
            </w:r>
          </w:p>
        </w:tc>
        <w:tc>
          <w:tcPr>
            <w:tcW w:w="3005" w:type="dxa"/>
            <w:tcMar>
              <w:top w:w="110" w:type="dxa"/>
              <w:left w:w="120" w:type="dxa"/>
              <w:bottom w:w="110" w:type="dxa"/>
              <w:right w:w="120" w:type="dxa"/>
            </w:tcMar>
            <w:vAlign w:val="center"/>
          </w:tcPr>
          <w:p w14:paraId="796A0D48" w14:textId="77777777" w:rsidR="00C61511" w:rsidRDefault="00000000">
            <w:pPr>
              <w:spacing w:after="0" w:line="252" w:lineRule="auto"/>
            </w:pPr>
            <w:r>
              <w:rPr>
                <w:sz w:val="18"/>
              </w:rPr>
              <w:t>……………………</w:t>
            </w:r>
          </w:p>
        </w:tc>
        <w:tc>
          <w:tcPr>
            <w:tcW w:w="2098" w:type="dxa"/>
            <w:tcMar>
              <w:top w:w="110" w:type="dxa"/>
              <w:left w:w="120" w:type="dxa"/>
              <w:bottom w:w="110" w:type="dxa"/>
              <w:right w:w="120" w:type="dxa"/>
            </w:tcMar>
            <w:vAlign w:val="center"/>
          </w:tcPr>
          <w:p w14:paraId="748C8527" w14:textId="77777777" w:rsidR="00C61511" w:rsidRDefault="00000000">
            <w:pPr>
              <w:spacing w:after="0" w:line="252" w:lineRule="auto"/>
            </w:pPr>
            <w:r>
              <w:rPr>
                <w:sz w:val="18"/>
              </w:rPr>
              <w:t>……………………</w:t>
            </w:r>
          </w:p>
        </w:tc>
        <w:tc>
          <w:tcPr>
            <w:tcW w:w="2551" w:type="dxa"/>
            <w:tcMar>
              <w:top w:w="110" w:type="dxa"/>
              <w:left w:w="120" w:type="dxa"/>
              <w:bottom w:w="110" w:type="dxa"/>
              <w:right w:w="120" w:type="dxa"/>
            </w:tcMar>
            <w:vAlign w:val="center"/>
          </w:tcPr>
          <w:p w14:paraId="4DDD2F10" w14:textId="77777777" w:rsidR="00C61511" w:rsidRDefault="00000000">
            <w:pPr>
              <w:spacing w:after="0" w:line="252" w:lineRule="auto"/>
            </w:pPr>
            <w:r>
              <w:rPr>
                <w:sz w:val="18"/>
              </w:rPr>
              <w:t>…………………… FCFA</w:t>
            </w:r>
          </w:p>
        </w:tc>
      </w:tr>
    </w:tbl>
    <w:p w14:paraId="35D07B07" w14:textId="77777777" w:rsidR="00C61511" w:rsidRDefault="00C61511">
      <w:pPr>
        <w:spacing w:after="0"/>
      </w:pPr>
    </w:p>
    <w:p w14:paraId="1A0C7BC2" w14:textId="77777777" w:rsidR="00C61511" w:rsidRDefault="00C61511">
      <w:pPr>
        <w:spacing w:after="320"/>
      </w:pPr>
    </w:p>
    <w:p w14:paraId="6BF48E80" w14:textId="77777777" w:rsidR="00C61511" w:rsidRPr="00E85D67" w:rsidRDefault="00000000">
      <w:pPr>
        <w:spacing w:after="120"/>
        <w:rPr>
          <w:lang w:val="fr-FR"/>
        </w:rPr>
      </w:pPr>
      <w:r w:rsidRPr="00E85D67">
        <w:rPr>
          <w:b/>
          <w:lang w:val="fr-FR"/>
        </w:rPr>
        <w:t xml:space="preserve">Objet du formulaire. </w:t>
      </w:r>
      <w:r w:rsidRPr="00E85D67">
        <w:rPr>
          <w:lang w:val="fr-FR"/>
        </w:rPr>
        <w:t>Présenter une proposition structurée, techniquement justifiée, financièrement soutenable et alignée sur la Stratégie d’achèvement de l’accès universel à l’électricité à l’horizon 2029 et son Plan d’investissement consolidé.</w:t>
      </w:r>
    </w:p>
    <w:p w14:paraId="200BBA37" w14:textId="7E353AA4" w:rsidR="00C61511" w:rsidRPr="00E85D67" w:rsidRDefault="00000000">
      <w:pPr>
        <w:spacing w:after="120"/>
        <w:rPr>
          <w:lang w:val="fr-FR"/>
        </w:rPr>
      </w:pPr>
      <w:r w:rsidRPr="00E85D67">
        <w:rPr>
          <w:b/>
          <w:lang w:val="fr-FR"/>
        </w:rPr>
        <w:t xml:space="preserve">Dépôt. </w:t>
      </w:r>
      <w:r w:rsidRPr="00E85D67">
        <w:rPr>
          <w:lang w:val="fr-FR"/>
        </w:rPr>
        <w:t xml:space="preserve">L’offre est </w:t>
      </w:r>
      <w:r w:rsidR="00E85D67">
        <w:rPr>
          <w:lang w:val="fr-FR"/>
        </w:rPr>
        <w:t>transmise au MEP avant la conférence des partenaires</w:t>
      </w:r>
      <w:r w:rsidR="00CE0365">
        <w:rPr>
          <w:lang w:val="fr-FR"/>
        </w:rPr>
        <w:t>, parallelement</w:t>
      </w:r>
      <w:r w:rsidR="00E85D67">
        <w:rPr>
          <w:lang w:val="fr-FR"/>
        </w:rPr>
        <w:t xml:space="preserve"> </w:t>
      </w:r>
      <w:r w:rsidRPr="00E85D67">
        <w:rPr>
          <w:lang w:val="fr-FR"/>
        </w:rPr>
        <w:t>adressée à l’autorité compétente et déposée auprès de la Direction générale de l’ASER ou de la Direction générale de Senelec, selon le périmètre concerné et les orientations du Ministère chargé de l’Énergie.</w:t>
      </w:r>
    </w:p>
    <w:p w14:paraId="2717D962" w14:textId="0460AF95" w:rsidR="00C61511" w:rsidRPr="00E85D67" w:rsidRDefault="00C61511">
      <w:pPr>
        <w:rPr>
          <w:lang w:val="fr-FR"/>
        </w:rPr>
      </w:pPr>
    </w:p>
    <w:p w14:paraId="58FB40C5" w14:textId="77777777" w:rsidR="00C61511" w:rsidRPr="00E85D67" w:rsidRDefault="00000000">
      <w:pPr>
        <w:pStyle w:val="Titre1"/>
        <w:rPr>
          <w:lang w:val="fr-FR"/>
        </w:rPr>
      </w:pPr>
      <w:r w:rsidRPr="00E85D67">
        <w:rPr>
          <w:lang w:val="fr-FR"/>
        </w:rPr>
        <w:t>1 Contexte stratégique et instructions</w:t>
      </w:r>
    </w:p>
    <w:p w14:paraId="39F099F0" w14:textId="678A76CC" w:rsidR="00C61511" w:rsidRPr="00E85D67" w:rsidRDefault="00000000">
      <w:pPr>
        <w:rPr>
          <w:lang w:val="fr-FR"/>
        </w:rPr>
      </w:pPr>
      <w:r w:rsidRPr="00E85D67">
        <w:rPr>
          <w:lang w:val="fr-FR"/>
        </w:rPr>
        <w:t xml:space="preserve">Le Sénégal vise un accès universel à une électricité fiable, durable, de qualité et abordable à l’horizon 2029. La base consolidée recense 12 683 localités électrifiées, 6 571 localités couvertes par des projets en cours et 6 471 localités encore non électrifiées. </w:t>
      </w:r>
    </w:p>
    <w:p w14:paraId="5E4E53E4" w14:textId="77777777" w:rsidR="00C61511" w:rsidRPr="00E85D67" w:rsidRDefault="00000000">
      <w:pPr>
        <w:rPr>
          <w:lang w:val="fr-FR"/>
        </w:rPr>
      </w:pPr>
      <w:r w:rsidRPr="00E85D67">
        <w:rPr>
          <w:lang w:val="fr-FR"/>
        </w:rPr>
        <w:t>Toute offre doit démontrer sa contribution au portefeuille prioritaire, son absence de chevauchement avec les projets financés ou en cours, et la pertinence de la solution au regard de la population, de la distance au réseau, des besoins productifs et des contraintes territoriales. Les données de localité doivent être validées avec les bases officielles en vigueur au moment de l’instruction.</w:t>
      </w:r>
    </w:p>
    <w:p w14:paraId="7DF54B82" w14:textId="49EEC1B7" w:rsidR="00C61511" w:rsidRDefault="00000000">
      <w:pPr>
        <w:pStyle w:val="Titre2"/>
      </w:pPr>
      <w:r>
        <w:t>Référentiel technologique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494"/>
        <w:gridCol w:w="2494"/>
        <w:gridCol w:w="4762"/>
      </w:tblGrid>
      <w:tr w:rsidR="00C61511" w14:paraId="5C3AB804" w14:textId="77777777">
        <w:trPr>
          <w:tblHeader/>
          <w:jc w:val="center"/>
        </w:trPr>
        <w:tc>
          <w:tcPr>
            <w:tcW w:w="2494" w:type="dxa"/>
            <w:shd w:val="clear" w:color="auto" w:fill="17365D"/>
            <w:tcMar>
              <w:top w:w="110" w:type="dxa"/>
              <w:left w:w="120" w:type="dxa"/>
              <w:bottom w:w="110" w:type="dxa"/>
              <w:right w:w="120" w:type="dxa"/>
            </w:tcMar>
            <w:vAlign w:val="center"/>
          </w:tcPr>
          <w:p w14:paraId="465EB9D4" w14:textId="77777777" w:rsidR="00C61511" w:rsidRDefault="00000000">
            <w:pPr>
              <w:spacing w:after="0" w:line="252" w:lineRule="auto"/>
              <w:jc w:val="center"/>
            </w:pPr>
            <w:r>
              <w:rPr>
                <w:b/>
                <w:color w:val="FFFFFF"/>
                <w:sz w:val="18"/>
              </w:rPr>
              <w:t>Distance au réseau</w:t>
            </w:r>
          </w:p>
        </w:tc>
        <w:tc>
          <w:tcPr>
            <w:tcW w:w="2494" w:type="dxa"/>
            <w:shd w:val="clear" w:color="auto" w:fill="17365D"/>
            <w:tcMar>
              <w:top w:w="110" w:type="dxa"/>
              <w:left w:w="120" w:type="dxa"/>
              <w:bottom w:w="110" w:type="dxa"/>
              <w:right w:w="120" w:type="dxa"/>
            </w:tcMar>
            <w:vAlign w:val="center"/>
          </w:tcPr>
          <w:p w14:paraId="3B0BE0BE" w14:textId="77777777" w:rsidR="00C61511" w:rsidRDefault="00000000">
            <w:pPr>
              <w:spacing w:after="0" w:line="252" w:lineRule="auto"/>
              <w:jc w:val="center"/>
            </w:pPr>
            <w:r>
              <w:rPr>
                <w:b/>
                <w:color w:val="FFFFFF"/>
                <w:sz w:val="18"/>
              </w:rPr>
              <w:t>Population</w:t>
            </w:r>
          </w:p>
        </w:tc>
        <w:tc>
          <w:tcPr>
            <w:tcW w:w="4762" w:type="dxa"/>
            <w:shd w:val="clear" w:color="auto" w:fill="17365D"/>
            <w:tcMar>
              <w:top w:w="110" w:type="dxa"/>
              <w:left w:w="120" w:type="dxa"/>
              <w:bottom w:w="110" w:type="dxa"/>
              <w:right w:w="120" w:type="dxa"/>
            </w:tcMar>
            <w:vAlign w:val="center"/>
          </w:tcPr>
          <w:p w14:paraId="51B9B3FC" w14:textId="77777777" w:rsidR="00C61511" w:rsidRDefault="00000000">
            <w:pPr>
              <w:spacing w:after="0" w:line="252" w:lineRule="auto"/>
              <w:jc w:val="center"/>
            </w:pPr>
            <w:r>
              <w:rPr>
                <w:b/>
                <w:color w:val="FFFFFF"/>
                <w:sz w:val="18"/>
              </w:rPr>
              <w:t>Solution de référence</w:t>
            </w:r>
          </w:p>
        </w:tc>
      </w:tr>
      <w:tr w:rsidR="00C61511" w14:paraId="52D4C359" w14:textId="77777777">
        <w:trPr>
          <w:jc w:val="center"/>
        </w:trPr>
        <w:tc>
          <w:tcPr>
            <w:tcW w:w="2494" w:type="dxa"/>
            <w:tcMar>
              <w:top w:w="110" w:type="dxa"/>
              <w:left w:w="120" w:type="dxa"/>
              <w:bottom w:w="110" w:type="dxa"/>
              <w:right w:w="120" w:type="dxa"/>
            </w:tcMar>
            <w:vAlign w:val="center"/>
          </w:tcPr>
          <w:p w14:paraId="53B259C1" w14:textId="77777777" w:rsidR="00C61511" w:rsidRDefault="00000000">
            <w:pPr>
              <w:spacing w:after="0" w:line="252" w:lineRule="auto"/>
              <w:jc w:val="center"/>
            </w:pPr>
            <w:r>
              <w:rPr>
                <w:sz w:val="18"/>
              </w:rPr>
              <w:t>Toute distance</w:t>
            </w:r>
          </w:p>
        </w:tc>
        <w:tc>
          <w:tcPr>
            <w:tcW w:w="2494" w:type="dxa"/>
            <w:tcMar>
              <w:top w:w="110" w:type="dxa"/>
              <w:left w:w="120" w:type="dxa"/>
              <w:bottom w:w="110" w:type="dxa"/>
              <w:right w:w="120" w:type="dxa"/>
            </w:tcMar>
            <w:vAlign w:val="center"/>
          </w:tcPr>
          <w:p w14:paraId="7C2A14F4" w14:textId="77777777" w:rsidR="00C61511" w:rsidRDefault="00000000">
            <w:pPr>
              <w:spacing w:after="0" w:line="252" w:lineRule="auto"/>
            </w:pPr>
            <w:r>
              <w:rPr>
                <w:sz w:val="18"/>
              </w:rPr>
              <w:t>≥ 1 000 habitants</w:t>
            </w:r>
          </w:p>
        </w:tc>
        <w:tc>
          <w:tcPr>
            <w:tcW w:w="4762" w:type="dxa"/>
            <w:tcMar>
              <w:top w:w="110" w:type="dxa"/>
              <w:left w:w="120" w:type="dxa"/>
              <w:bottom w:w="110" w:type="dxa"/>
              <w:right w:w="120" w:type="dxa"/>
            </w:tcMar>
            <w:vAlign w:val="center"/>
          </w:tcPr>
          <w:p w14:paraId="7572DEA8" w14:textId="77777777" w:rsidR="00C61511" w:rsidRDefault="00000000">
            <w:pPr>
              <w:spacing w:after="0" w:line="252" w:lineRule="auto"/>
            </w:pPr>
            <w:r>
              <w:rPr>
                <w:sz w:val="18"/>
              </w:rPr>
              <w:t>Extension du réseau</w:t>
            </w:r>
          </w:p>
        </w:tc>
      </w:tr>
      <w:tr w:rsidR="00C61511" w14:paraId="0CABDCBC" w14:textId="77777777">
        <w:trPr>
          <w:jc w:val="center"/>
        </w:trPr>
        <w:tc>
          <w:tcPr>
            <w:tcW w:w="2494" w:type="dxa"/>
            <w:shd w:val="clear" w:color="auto" w:fill="F5F7FA"/>
            <w:tcMar>
              <w:top w:w="110" w:type="dxa"/>
              <w:left w:w="120" w:type="dxa"/>
              <w:bottom w:w="110" w:type="dxa"/>
              <w:right w:w="120" w:type="dxa"/>
            </w:tcMar>
            <w:vAlign w:val="center"/>
          </w:tcPr>
          <w:p w14:paraId="475711F6" w14:textId="77777777" w:rsidR="00C61511" w:rsidRDefault="00000000">
            <w:pPr>
              <w:spacing w:after="0" w:line="252" w:lineRule="auto"/>
              <w:jc w:val="center"/>
            </w:pPr>
            <w:r>
              <w:rPr>
                <w:sz w:val="18"/>
              </w:rPr>
              <w:t>&lt; 1 km</w:t>
            </w:r>
          </w:p>
        </w:tc>
        <w:tc>
          <w:tcPr>
            <w:tcW w:w="2494" w:type="dxa"/>
            <w:shd w:val="clear" w:color="auto" w:fill="F5F7FA"/>
            <w:tcMar>
              <w:top w:w="110" w:type="dxa"/>
              <w:left w:w="120" w:type="dxa"/>
              <w:bottom w:w="110" w:type="dxa"/>
              <w:right w:w="120" w:type="dxa"/>
            </w:tcMar>
            <w:vAlign w:val="center"/>
          </w:tcPr>
          <w:p w14:paraId="7258E208" w14:textId="77777777" w:rsidR="00C61511" w:rsidRDefault="00000000">
            <w:pPr>
              <w:spacing w:after="0" w:line="252" w:lineRule="auto"/>
            </w:pPr>
            <w:r>
              <w:rPr>
                <w:sz w:val="18"/>
              </w:rPr>
              <w:t>Toute population</w:t>
            </w:r>
          </w:p>
        </w:tc>
        <w:tc>
          <w:tcPr>
            <w:tcW w:w="4762" w:type="dxa"/>
            <w:shd w:val="clear" w:color="auto" w:fill="F5F7FA"/>
            <w:tcMar>
              <w:top w:w="110" w:type="dxa"/>
              <w:left w:w="120" w:type="dxa"/>
              <w:bottom w:w="110" w:type="dxa"/>
              <w:right w:w="120" w:type="dxa"/>
            </w:tcMar>
            <w:vAlign w:val="center"/>
          </w:tcPr>
          <w:p w14:paraId="56E43AAD" w14:textId="77777777" w:rsidR="00C61511" w:rsidRDefault="00000000">
            <w:pPr>
              <w:spacing w:after="0" w:line="252" w:lineRule="auto"/>
            </w:pPr>
            <w:r>
              <w:rPr>
                <w:sz w:val="18"/>
              </w:rPr>
              <w:t>Extension du réseau</w:t>
            </w:r>
          </w:p>
        </w:tc>
      </w:tr>
      <w:tr w:rsidR="00C61511" w14:paraId="70BC744F" w14:textId="77777777">
        <w:trPr>
          <w:jc w:val="center"/>
        </w:trPr>
        <w:tc>
          <w:tcPr>
            <w:tcW w:w="2494" w:type="dxa"/>
            <w:tcMar>
              <w:top w:w="110" w:type="dxa"/>
              <w:left w:w="120" w:type="dxa"/>
              <w:bottom w:w="110" w:type="dxa"/>
              <w:right w:w="120" w:type="dxa"/>
            </w:tcMar>
            <w:vAlign w:val="center"/>
          </w:tcPr>
          <w:p w14:paraId="383FE2A0" w14:textId="77777777" w:rsidR="00C61511" w:rsidRDefault="00000000">
            <w:pPr>
              <w:spacing w:after="0" w:line="252" w:lineRule="auto"/>
              <w:jc w:val="center"/>
            </w:pPr>
            <w:r>
              <w:rPr>
                <w:sz w:val="18"/>
              </w:rPr>
              <w:t>1 à 10 km</w:t>
            </w:r>
          </w:p>
        </w:tc>
        <w:tc>
          <w:tcPr>
            <w:tcW w:w="2494" w:type="dxa"/>
            <w:tcMar>
              <w:top w:w="110" w:type="dxa"/>
              <w:left w:w="120" w:type="dxa"/>
              <w:bottom w:w="110" w:type="dxa"/>
              <w:right w:w="120" w:type="dxa"/>
            </w:tcMar>
            <w:vAlign w:val="center"/>
          </w:tcPr>
          <w:p w14:paraId="05E5F529" w14:textId="77777777" w:rsidR="00C61511" w:rsidRDefault="00000000">
            <w:pPr>
              <w:spacing w:after="0" w:line="252" w:lineRule="auto"/>
            </w:pPr>
            <w:r>
              <w:rPr>
                <w:sz w:val="18"/>
              </w:rPr>
              <w:t>&lt; 100 habitants</w:t>
            </w:r>
          </w:p>
        </w:tc>
        <w:tc>
          <w:tcPr>
            <w:tcW w:w="4762" w:type="dxa"/>
            <w:tcMar>
              <w:top w:w="110" w:type="dxa"/>
              <w:left w:w="120" w:type="dxa"/>
              <w:bottom w:w="110" w:type="dxa"/>
              <w:right w:w="120" w:type="dxa"/>
            </w:tcMar>
            <w:vAlign w:val="center"/>
          </w:tcPr>
          <w:p w14:paraId="61FAE1FC" w14:textId="77777777" w:rsidR="00C61511" w:rsidRDefault="00000000">
            <w:pPr>
              <w:spacing w:after="0" w:line="252" w:lineRule="auto"/>
            </w:pPr>
            <w:r>
              <w:rPr>
                <w:sz w:val="18"/>
              </w:rPr>
              <w:t>Système solaire individuel</w:t>
            </w:r>
          </w:p>
        </w:tc>
      </w:tr>
      <w:tr w:rsidR="00C61511" w14:paraId="2DBB0432" w14:textId="77777777">
        <w:trPr>
          <w:jc w:val="center"/>
        </w:trPr>
        <w:tc>
          <w:tcPr>
            <w:tcW w:w="2494" w:type="dxa"/>
            <w:shd w:val="clear" w:color="auto" w:fill="F5F7FA"/>
            <w:tcMar>
              <w:top w:w="110" w:type="dxa"/>
              <w:left w:w="120" w:type="dxa"/>
              <w:bottom w:w="110" w:type="dxa"/>
              <w:right w:w="120" w:type="dxa"/>
            </w:tcMar>
            <w:vAlign w:val="center"/>
          </w:tcPr>
          <w:p w14:paraId="08C6ECE5" w14:textId="77777777" w:rsidR="00C61511" w:rsidRDefault="00000000">
            <w:pPr>
              <w:spacing w:after="0" w:line="252" w:lineRule="auto"/>
              <w:jc w:val="center"/>
            </w:pPr>
            <w:r>
              <w:rPr>
                <w:sz w:val="18"/>
              </w:rPr>
              <w:t>1 à 10 km</w:t>
            </w:r>
          </w:p>
        </w:tc>
        <w:tc>
          <w:tcPr>
            <w:tcW w:w="2494" w:type="dxa"/>
            <w:shd w:val="clear" w:color="auto" w:fill="F5F7FA"/>
            <w:tcMar>
              <w:top w:w="110" w:type="dxa"/>
              <w:left w:w="120" w:type="dxa"/>
              <w:bottom w:w="110" w:type="dxa"/>
              <w:right w:w="120" w:type="dxa"/>
            </w:tcMar>
            <w:vAlign w:val="center"/>
          </w:tcPr>
          <w:p w14:paraId="527AB9C6" w14:textId="77777777" w:rsidR="00C61511" w:rsidRDefault="00000000">
            <w:pPr>
              <w:spacing w:after="0" w:line="252" w:lineRule="auto"/>
            </w:pPr>
            <w:r>
              <w:rPr>
                <w:sz w:val="18"/>
              </w:rPr>
              <w:t>≥ 100 habitants</w:t>
            </w:r>
          </w:p>
        </w:tc>
        <w:tc>
          <w:tcPr>
            <w:tcW w:w="4762" w:type="dxa"/>
            <w:shd w:val="clear" w:color="auto" w:fill="F5F7FA"/>
            <w:tcMar>
              <w:top w:w="110" w:type="dxa"/>
              <w:left w:w="120" w:type="dxa"/>
              <w:bottom w:w="110" w:type="dxa"/>
              <w:right w:w="120" w:type="dxa"/>
            </w:tcMar>
            <w:vAlign w:val="center"/>
          </w:tcPr>
          <w:p w14:paraId="4935BDB1" w14:textId="77777777" w:rsidR="00C61511" w:rsidRDefault="00000000">
            <w:pPr>
              <w:spacing w:after="0" w:line="252" w:lineRule="auto"/>
            </w:pPr>
            <w:r>
              <w:rPr>
                <w:sz w:val="18"/>
              </w:rPr>
              <w:t>Extension du réseau</w:t>
            </w:r>
          </w:p>
        </w:tc>
      </w:tr>
      <w:tr w:rsidR="00C61511" w14:paraId="17BF9AAF" w14:textId="77777777">
        <w:trPr>
          <w:jc w:val="center"/>
        </w:trPr>
        <w:tc>
          <w:tcPr>
            <w:tcW w:w="2494" w:type="dxa"/>
            <w:tcMar>
              <w:top w:w="110" w:type="dxa"/>
              <w:left w:w="120" w:type="dxa"/>
              <w:bottom w:w="110" w:type="dxa"/>
              <w:right w:w="120" w:type="dxa"/>
            </w:tcMar>
            <w:vAlign w:val="center"/>
          </w:tcPr>
          <w:p w14:paraId="7A9CC448" w14:textId="77777777" w:rsidR="00C61511" w:rsidRDefault="00000000">
            <w:pPr>
              <w:spacing w:after="0" w:line="252" w:lineRule="auto"/>
              <w:jc w:val="center"/>
            </w:pPr>
            <w:r>
              <w:rPr>
                <w:sz w:val="18"/>
              </w:rPr>
              <w:t>&gt; 10 km</w:t>
            </w:r>
          </w:p>
        </w:tc>
        <w:tc>
          <w:tcPr>
            <w:tcW w:w="2494" w:type="dxa"/>
            <w:tcMar>
              <w:top w:w="110" w:type="dxa"/>
              <w:left w:w="120" w:type="dxa"/>
              <w:bottom w:w="110" w:type="dxa"/>
              <w:right w:w="120" w:type="dxa"/>
            </w:tcMar>
            <w:vAlign w:val="center"/>
          </w:tcPr>
          <w:p w14:paraId="6B23015A" w14:textId="77777777" w:rsidR="00C61511" w:rsidRDefault="00000000">
            <w:pPr>
              <w:spacing w:after="0" w:line="252" w:lineRule="auto"/>
            </w:pPr>
            <w:r>
              <w:rPr>
                <w:sz w:val="18"/>
              </w:rPr>
              <w:t>&lt; 100 habitants</w:t>
            </w:r>
          </w:p>
        </w:tc>
        <w:tc>
          <w:tcPr>
            <w:tcW w:w="4762" w:type="dxa"/>
            <w:tcMar>
              <w:top w:w="110" w:type="dxa"/>
              <w:left w:w="120" w:type="dxa"/>
              <w:bottom w:w="110" w:type="dxa"/>
              <w:right w:w="120" w:type="dxa"/>
            </w:tcMar>
            <w:vAlign w:val="center"/>
          </w:tcPr>
          <w:p w14:paraId="38F7DBFF" w14:textId="77777777" w:rsidR="00C61511" w:rsidRDefault="00000000">
            <w:pPr>
              <w:spacing w:after="0" w:line="252" w:lineRule="auto"/>
            </w:pPr>
            <w:r>
              <w:rPr>
                <w:sz w:val="18"/>
              </w:rPr>
              <w:t>Système solaire individuel</w:t>
            </w:r>
          </w:p>
        </w:tc>
      </w:tr>
      <w:tr w:rsidR="00C61511" w14:paraId="10F9BFB0" w14:textId="77777777">
        <w:trPr>
          <w:jc w:val="center"/>
        </w:trPr>
        <w:tc>
          <w:tcPr>
            <w:tcW w:w="2494" w:type="dxa"/>
            <w:shd w:val="clear" w:color="auto" w:fill="F5F7FA"/>
            <w:tcMar>
              <w:top w:w="110" w:type="dxa"/>
              <w:left w:w="120" w:type="dxa"/>
              <w:bottom w:w="110" w:type="dxa"/>
              <w:right w:w="120" w:type="dxa"/>
            </w:tcMar>
            <w:vAlign w:val="center"/>
          </w:tcPr>
          <w:p w14:paraId="2C9DE545" w14:textId="77777777" w:rsidR="00C61511" w:rsidRDefault="00000000">
            <w:pPr>
              <w:spacing w:after="0" w:line="252" w:lineRule="auto"/>
              <w:jc w:val="center"/>
            </w:pPr>
            <w:r>
              <w:rPr>
                <w:sz w:val="18"/>
              </w:rPr>
              <w:t>&gt; 10 km</w:t>
            </w:r>
          </w:p>
        </w:tc>
        <w:tc>
          <w:tcPr>
            <w:tcW w:w="2494" w:type="dxa"/>
            <w:shd w:val="clear" w:color="auto" w:fill="F5F7FA"/>
            <w:tcMar>
              <w:top w:w="110" w:type="dxa"/>
              <w:left w:w="120" w:type="dxa"/>
              <w:bottom w:w="110" w:type="dxa"/>
              <w:right w:w="120" w:type="dxa"/>
            </w:tcMar>
            <w:vAlign w:val="center"/>
          </w:tcPr>
          <w:p w14:paraId="40715CA9" w14:textId="77777777" w:rsidR="00C61511" w:rsidRDefault="00000000">
            <w:pPr>
              <w:spacing w:after="0" w:line="252" w:lineRule="auto"/>
            </w:pPr>
            <w:r>
              <w:rPr>
                <w:sz w:val="18"/>
              </w:rPr>
              <w:t>≥ 100 habitants</w:t>
            </w:r>
          </w:p>
        </w:tc>
        <w:tc>
          <w:tcPr>
            <w:tcW w:w="4762" w:type="dxa"/>
            <w:shd w:val="clear" w:color="auto" w:fill="F5F7FA"/>
            <w:tcMar>
              <w:top w:w="110" w:type="dxa"/>
              <w:left w:w="120" w:type="dxa"/>
              <w:bottom w:w="110" w:type="dxa"/>
              <w:right w:w="120" w:type="dxa"/>
            </w:tcMar>
            <w:vAlign w:val="center"/>
          </w:tcPr>
          <w:p w14:paraId="57FC9C01" w14:textId="77777777" w:rsidR="00C61511" w:rsidRDefault="00000000">
            <w:pPr>
              <w:spacing w:after="0" w:line="252" w:lineRule="auto"/>
            </w:pPr>
            <w:r>
              <w:rPr>
                <w:sz w:val="18"/>
              </w:rPr>
              <w:t>Mini-réseau photovoltaïque</w:t>
            </w:r>
          </w:p>
        </w:tc>
      </w:tr>
    </w:tbl>
    <w:p w14:paraId="583B76F0" w14:textId="77777777" w:rsidR="00C61511" w:rsidRDefault="00C61511">
      <w:pPr>
        <w:spacing w:after="0"/>
      </w:pPr>
    </w:p>
    <w:p w14:paraId="07F82712" w14:textId="4A8A3FFD" w:rsidR="00C61511" w:rsidRPr="00E85D67" w:rsidRDefault="00000000">
      <w:pPr>
        <w:pStyle w:val="Titre1"/>
        <w:rPr>
          <w:lang w:val="fr-FR"/>
        </w:rPr>
      </w:pPr>
      <w:r w:rsidRPr="00E85D67">
        <w:rPr>
          <w:lang w:val="fr-FR"/>
        </w:rPr>
        <w:lastRenderedPageBreak/>
        <w:t>Identification du porteur et de ses partenaires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15"/>
        <w:gridCol w:w="5783"/>
      </w:tblGrid>
      <w:tr w:rsidR="00C61511" w14:paraId="7153DF61" w14:textId="77777777">
        <w:trPr>
          <w:jc w:val="center"/>
        </w:trPr>
        <w:tc>
          <w:tcPr>
            <w:tcW w:w="3515" w:type="dxa"/>
            <w:tcMar>
              <w:top w:w="110" w:type="dxa"/>
              <w:left w:w="120" w:type="dxa"/>
              <w:bottom w:w="110" w:type="dxa"/>
              <w:right w:w="120" w:type="dxa"/>
            </w:tcMar>
            <w:vAlign w:val="center"/>
          </w:tcPr>
          <w:p w14:paraId="55FF846D" w14:textId="77777777" w:rsidR="00C61511" w:rsidRDefault="00000000">
            <w:pPr>
              <w:spacing w:after="0" w:line="252" w:lineRule="auto"/>
            </w:pPr>
            <w:r>
              <w:rPr>
                <w:b/>
                <w:color w:val="17365D"/>
                <w:sz w:val="18"/>
              </w:rPr>
              <w:t>Raison sociale</w:t>
            </w:r>
          </w:p>
        </w:tc>
        <w:tc>
          <w:tcPr>
            <w:tcW w:w="5783" w:type="dxa"/>
            <w:tcMar>
              <w:top w:w="110" w:type="dxa"/>
              <w:left w:w="120" w:type="dxa"/>
              <w:bottom w:w="110" w:type="dxa"/>
              <w:right w:w="120" w:type="dxa"/>
            </w:tcMar>
            <w:vAlign w:val="center"/>
          </w:tcPr>
          <w:p w14:paraId="46882DDA" w14:textId="77777777" w:rsidR="00C61511" w:rsidRDefault="00000000">
            <w:pPr>
              <w:spacing w:after="0" w:line="252" w:lineRule="auto"/>
            </w:pPr>
            <w:r>
              <w:rPr>
                <w:sz w:val="18"/>
              </w:rPr>
              <w:t>……………………………………………………………………………………</w:t>
            </w:r>
          </w:p>
        </w:tc>
      </w:tr>
      <w:tr w:rsidR="00C61511" w14:paraId="3B103D6D" w14:textId="77777777">
        <w:trPr>
          <w:jc w:val="center"/>
        </w:trPr>
        <w:tc>
          <w:tcPr>
            <w:tcW w:w="3515" w:type="dxa"/>
            <w:shd w:val="clear" w:color="auto" w:fill="F5F7FA"/>
            <w:tcMar>
              <w:top w:w="110" w:type="dxa"/>
              <w:left w:w="120" w:type="dxa"/>
              <w:bottom w:w="110" w:type="dxa"/>
              <w:right w:w="120" w:type="dxa"/>
            </w:tcMar>
            <w:vAlign w:val="center"/>
          </w:tcPr>
          <w:p w14:paraId="39AD8E9D" w14:textId="77777777" w:rsidR="00C61511" w:rsidRPr="00E85D67" w:rsidRDefault="00000000">
            <w:pPr>
              <w:spacing w:after="0" w:line="252" w:lineRule="auto"/>
              <w:rPr>
                <w:lang w:val="fr-FR"/>
              </w:rPr>
            </w:pPr>
            <w:r w:rsidRPr="00E85D67">
              <w:rPr>
                <w:b/>
                <w:color w:val="17365D"/>
                <w:sz w:val="18"/>
                <w:lang w:val="fr-FR"/>
              </w:rPr>
              <w:t>Forme juridique et pays d’immatriculation</w:t>
            </w:r>
          </w:p>
        </w:tc>
        <w:tc>
          <w:tcPr>
            <w:tcW w:w="5783" w:type="dxa"/>
            <w:shd w:val="clear" w:color="auto" w:fill="F5F7FA"/>
            <w:tcMar>
              <w:top w:w="110" w:type="dxa"/>
              <w:left w:w="120" w:type="dxa"/>
              <w:bottom w:w="110" w:type="dxa"/>
              <w:right w:w="120" w:type="dxa"/>
            </w:tcMar>
            <w:vAlign w:val="center"/>
          </w:tcPr>
          <w:p w14:paraId="5244F8F9" w14:textId="77777777" w:rsidR="00C61511" w:rsidRDefault="00000000">
            <w:pPr>
              <w:spacing w:after="0" w:line="252" w:lineRule="auto"/>
            </w:pPr>
            <w:r>
              <w:rPr>
                <w:sz w:val="18"/>
              </w:rPr>
              <w:t>……………………………………………………………………………………</w:t>
            </w:r>
          </w:p>
        </w:tc>
      </w:tr>
      <w:tr w:rsidR="00C61511" w14:paraId="0F8D89E8" w14:textId="77777777">
        <w:trPr>
          <w:jc w:val="center"/>
        </w:trPr>
        <w:tc>
          <w:tcPr>
            <w:tcW w:w="3515" w:type="dxa"/>
            <w:tcMar>
              <w:top w:w="110" w:type="dxa"/>
              <w:left w:w="120" w:type="dxa"/>
              <w:bottom w:w="110" w:type="dxa"/>
              <w:right w:w="120" w:type="dxa"/>
            </w:tcMar>
            <w:vAlign w:val="center"/>
          </w:tcPr>
          <w:p w14:paraId="791157AF" w14:textId="77777777" w:rsidR="00C61511" w:rsidRDefault="00000000">
            <w:pPr>
              <w:spacing w:after="0" w:line="252" w:lineRule="auto"/>
            </w:pPr>
            <w:r>
              <w:rPr>
                <w:b/>
                <w:color w:val="17365D"/>
                <w:sz w:val="18"/>
              </w:rPr>
              <w:t>Adresse du siège</w:t>
            </w:r>
          </w:p>
        </w:tc>
        <w:tc>
          <w:tcPr>
            <w:tcW w:w="5783" w:type="dxa"/>
            <w:tcMar>
              <w:top w:w="110" w:type="dxa"/>
              <w:left w:w="120" w:type="dxa"/>
              <w:bottom w:w="110" w:type="dxa"/>
              <w:right w:w="120" w:type="dxa"/>
            </w:tcMar>
            <w:vAlign w:val="center"/>
          </w:tcPr>
          <w:p w14:paraId="295DD3A8" w14:textId="77777777" w:rsidR="00C61511" w:rsidRDefault="00000000">
            <w:pPr>
              <w:spacing w:after="0" w:line="252" w:lineRule="auto"/>
            </w:pPr>
            <w:r>
              <w:rPr>
                <w:sz w:val="18"/>
              </w:rPr>
              <w:t>……………………………………………………………………………………</w:t>
            </w:r>
          </w:p>
        </w:tc>
      </w:tr>
      <w:tr w:rsidR="00C61511" w14:paraId="677E77A0" w14:textId="77777777">
        <w:trPr>
          <w:jc w:val="center"/>
        </w:trPr>
        <w:tc>
          <w:tcPr>
            <w:tcW w:w="3515" w:type="dxa"/>
            <w:shd w:val="clear" w:color="auto" w:fill="F5F7FA"/>
            <w:tcMar>
              <w:top w:w="110" w:type="dxa"/>
              <w:left w:w="120" w:type="dxa"/>
              <w:bottom w:w="110" w:type="dxa"/>
              <w:right w:w="120" w:type="dxa"/>
            </w:tcMar>
            <w:vAlign w:val="center"/>
          </w:tcPr>
          <w:p w14:paraId="43F053C3" w14:textId="77777777" w:rsidR="00C61511" w:rsidRDefault="00000000">
            <w:pPr>
              <w:spacing w:after="0" w:line="252" w:lineRule="auto"/>
            </w:pPr>
            <w:r>
              <w:rPr>
                <w:b/>
                <w:color w:val="17365D"/>
                <w:sz w:val="18"/>
              </w:rPr>
              <w:t>Représentant légal</w:t>
            </w:r>
          </w:p>
        </w:tc>
        <w:tc>
          <w:tcPr>
            <w:tcW w:w="5783" w:type="dxa"/>
            <w:shd w:val="clear" w:color="auto" w:fill="F5F7FA"/>
            <w:tcMar>
              <w:top w:w="110" w:type="dxa"/>
              <w:left w:w="120" w:type="dxa"/>
              <w:bottom w:w="110" w:type="dxa"/>
              <w:right w:w="120" w:type="dxa"/>
            </w:tcMar>
            <w:vAlign w:val="center"/>
          </w:tcPr>
          <w:p w14:paraId="75CA2871" w14:textId="77777777" w:rsidR="00C61511" w:rsidRDefault="00000000">
            <w:pPr>
              <w:spacing w:after="0" w:line="252" w:lineRule="auto"/>
            </w:pPr>
            <w:r>
              <w:rPr>
                <w:sz w:val="18"/>
              </w:rPr>
              <w:t>……………………………………………………………………………………</w:t>
            </w:r>
          </w:p>
        </w:tc>
      </w:tr>
      <w:tr w:rsidR="00C61511" w14:paraId="0FE0E909" w14:textId="77777777">
        <w:trPr>
          <w:jc w:val="center"/>
        </w:trPr>
        <w:tc>
          <w:tcPr>
            <w:tcW w:w="3515" w:type="dxa"/>
            <w:tcMar>
              <w:top w:w="110" w:type="dxa"/>
              <w:left w:w="120" w:type="dxa"/>
              <w:bottom w:w="110" w:type="dxa"/>
              <w:right w:w="120" w:type="dxa"/>
            </w:tcMar>
            <w:vAlign w:val="center"/>
          </w:tcPr>
          <w:p w14:paraId="79C029A3" w14:textId="77777777" w:rsidR="00C61511" w:rsidRDefault="00000000">
            <w:pPr>
              <w:spacing w:after="0" w:line="252" w:lineRule="auto"/>
            </w:pPr>
            <w:r>
              <w:rPr>
                <w:b/>
                <w:color w:val="17365D"/>
                <w:sz w:val="18"/>
              </w:rPr>
              <w:t>Point focal de l’offre</w:t>
            </w:r>
          </w:p>
        </w:tc>
        <w:tc>
          <w:tcPr>
            <w:tcW w:w="5783" w:type="dxa"/>
            <w:tcMar>
              <w:top w:w="110" w:type="dxa"/>
              <w:left w:w="120" w:type="dxa"/>
              <w:bottom w:w="110" w:type="dxa"/>
              <w:right w:w="120" w:type="dxa"/>
            </w:tcMar>
            <w:vAlign w:val="center"/>
          </w:tcPr>
          <w:p w14:paraId="5C0A3D5C" w14:textId="77777777" w:rsidR="00C61511" w:rsidRDefault="00000000">
            <w:pPr>
              <w:spacing w:after="0" w:line="252" w:lineRule="auto"/>
            </w:pPr>
            <w:r>
              <w:rPr>
                <w:sz w:val="18"/>
              </w:rPr>
              <w:t>Nom : ………………………  Fonction : ………………………</w:t>
            </w:r>
          </w:p>
        </w:tc>
      </w:tr>
      <w:tr w:rsidR="00C61511" w14:paraId="36D6DEC6" w14:textId="77777777">
        <w:trPr>
          <w:jc w:val="center"/>
        </w:trPr>
        <w:tc>
          <w:tcPr>
            <w:tcW w:w="3515" w:type="dxa"/>
            <w:shd w:val="clear" w:color="auto" w:fill="F5F7FA"/>
            <w:tcMar>
              <w:top w:w="110" w:type="dxa"/>
              <w:left w:w="120" w:type="dxa"/>
              <w:bottom w:w="110" w:type="dxa"/>
              <w:right w:w="120" w:type="dxa"/>
            </w:tcMar>
            <w:vAlign w:val="center"/>
          </w:tcPr>
          <w:p w14:paraId="4258C65A" w14:textId="77777777" w:rsidR="00C61511" w:rsidRDefault="00000000">
            <w:pPr>
              <w:spacing w:after="0" w:line="252" w:lineRule="auto"/>
            </w:pPr>
            <w:r>
              <w:rPr>
                <w:b/>
                <w:color w:val="17365D"/>
                <w:sz w:val="18"/>
              </w:rPr>
              <w:t>Coordonnées</w:t>
            </w:r>
          </w:p>
        </w:tc>
        <w:tc>
          <w:tcPr>
            <w:tcW w:w="5783" w:type="dxa"/>
            <w:shd w:val="clear" w:color="auto" w:fill="F5F7FA"/>
            <w:tcMar>
              <w:top w:w="110" w:type="dxa"/>
              <w:left w:w="120" w:type="dxa"/>
              <w:bottom w:w="110" w:type="dxa"/>
              <w:right w:w="120" w:type="dxa"/>
            </w:tcMar>
            <w:vAlign w:val="center"/>
          </w:tcPr>
          <w:p w14:paraId="62BE3A7E" w14:textId="77777777" w:rsidR="00C61511" w:rsidRDefault="00000000">
            <w:pPr>
              <w:spacing w:after="0" w:line="252" w:lineRule="auto"/>
            </w:pPr>
            <w:r>
              <w:rPr>
                <w:sz w:val="18"/>
              </w:rPr>
              <w:t>Téléphone : ………………………  Courriel : ………………………</w:t>
            </w:r>
          </w:p>
        </w:tc>
      </w:tr>
      <w:tr w:rsidR="00C61511" w14:paraId="00ACA641" w14:textId="77777777">
        <w:trPr>
          <w:jc w:val="center"/>
        </w:trPr>
        <w:tc>
          <w:tcPr>
            <w:tcW w:w="3515" w:type="dxa"/>
            <w:tcMar>
              <w:top w:w="110" w:type="dxa"/>
              <w:left w:w="120" w:type="dxa"/>
              <w:bottom w:w="110" w:type="dxa"/>
              <w:right w:w="120" w:type="dxa"/>
            </w:tcMar>
            <w:vAlign w:val="center"/>
          </w:tcPr>
          <w:p w14:paraId="6C2D1417" w14:textId="77777777" w:rsidR="00C61511" w:rsidRDefault="00000000">
            <w:pPr>
              <w:spacing w:after="0" w:line="252" w:lineRule="auto"/>
            </w:pPr>
            <w:r>
              <w:rPr>
                <w:b/>
                <w:color w:val="17365D"/>
                <w:sz w:val="18"/>
              </w:rPr>
              <w:t>Partenaires techniques</w:t>
            </w:r>
          </w:p>
        </w:tc>
        <w:tc>
          <w:tcPr>
            <w:tcW w:w="5783" w:type="dxa"/>
            <w:tcMar>
              <w:top w:w="110" w:type="dxa"/>
              <w:left w:w="120" w:type="dxa"/>
              <w:bottom w:w="110" w:type="dxa"/>
              <w:right w:w="120" w:type="dxa"/>
            </w:tcMar>
            <w:vAlign w:val="center"/>
          </w:tcPr>
          <w:p w14:paraId="18689F1C" w14:textId="77777777" w:rsidR="00C61511" w:rsidRDefault="00000000">
            <w:pPr>
              <w:spacing w:after="0" w:line="252" w:lineRule="auto"/>
            </w:pPr>
            <w:r>
              <w:rPr>
                <w:sz w:val="18"/>
              </w:rPr>
              <w:t>……………………………………………………………………………………</w:t>
            </w:r>
          </w:p>
        </w:tc>
      </w:tr>
      <w:tr w:rsidR="00C61511" w14:paraId="1C963BF8" w14:textId="77777777">
        <w:trPr>
          <w:jc w:val="center"/>
        </w:trPr>
        <w:tc>
          <w:tcPr>
            <w:tcW w:w="3515" w:type="dxa"/>
            <w:shd w:val="clear" w:color="auto" w:fill="F5F7FA"/>
            <w:tcMar>
              <w:top w:w="110" w:type="dxa"/>
              <w:left w:w="120" w:type="dxa"/>
              <w:bottom w:w="110" w:type="dxa"/>
              <w:right w:w="120" w:type="dxa"/>
            </w:tcMar>
            <w:vAlign w:val="center"/>
          </w:tcPr>
          <w:p w14:paraId="7A72BE1D" w14:textId="77777777" w:rsidR="00C61511" w:rsidRDefault="00000000">
            <w:pPr>
              <w:spacing w:after="0" w:line="252" w:lineRule="auto"/>
            </w:pPr>
            <w:r>
              <w:rPr>
                <w:b/>
                <w:color w:val="17365D"/>
                <w:sz w:val="18"/>
              </w:rPr>
              <w:t>Partenaires financiers</w:t>
            </w:r>
          </w:p>
        </w:tc>
        <w:tc>
          <w:tcPr>
            <w:tcW w:w="5783" w:type="dxa"/>
            <w:shd w:val="clear" w:color="auto" w:fill="F5F7FA"/>
            <w:tcMar>
              <w:top w:w="110" w:type="dxa"/>
              <w:left w:w="120" w:type="dxa"/>
              <w:bottom w:w="110" w:type="dxa"/>
              <w:right w:w="120" w:type="dxa"/>
            </w:tcMar>
            <w:vAlign w:val="center"/>
          </w:tcPr>
          <w:p w14:paraId="1EF448B6" w14:textId="77777777" w:rsidR="00C61511" w:rsidRDefault="00000000">
            <w:pPr>
              <w:spacing w:after="0" w:line="252" w:lineRule="auto"/>
            </w:pPr>
            <w:r>
              <w:rPr>
                <w:sz w:val="18"/>
              </w:rPr>
              <w:t>……………………………………………………………………………………</w:t>
            </w:r>
          </w:p>
        </w:tc>
      </w:tr>
      <w:tr w:rsidR="00C61511" w14:paraId="0890EAF2" w14:textId="77777777">
        <w:trPr>
          <w:jc w:val="center"/>
        </w:trPr>
        <w:tc>
          <w:tcPr>
            <w:tcW w:w="3515" w:type="dxa"/>
            <w:tcMar>
              <w:top w:w="110" w:type="dxa"/>
              <w:left w:w="120" w:type="dxa"/>
              <w:bottom w:w="110" w:type="dxa"/>
              <w:right w:w="120" w:type="dxa"/>
            </w:tcMar>
            <w:vAlign w:val="center"/>
          </w:tcPr>
          <w:p w14:paraId="4A87685E" w14:textId="77777777" w:rsidR="00C61511" w:rsidRDefault="00000000">
            <w:pPr>
              <w:spacing w:after="0" w:line="252" w:lineRule="auto"/>
            </w:pPr>
            <w:r>
              <w:rPr>
                <w:b/>
                <w:color w:val="17365D"/>
                <w:sz w:val="18"/>
              </w:rPr>
              <w:t>Entreprise ou groupement mandataire</w:t>
            </w:r>
          </w:p>
        </w:tc>
        <w:tc>
          <w:tcPr>
            <w:tcW w:w="5783" w:type="dxa"/>
            <w:tcMar>
              <w:top w:w="110" w:type="dxa"/>
              <w:left w:w="120" w:type="dxa"/>
              <w:bottom w:w="110" w:type="dxa"/>
              <w:right w:w="120" w:type="dxa"/>
            </w:tcMar>
            <w:vAlign w:val="center"/>
          </w:tcPr>
          <w:p w14:paraId="47BBBEBB" w14:textId="77777777" w:rsidR="00C61511" w:rsidRDefault="00000000">
            <w:pPr>
              <w:spacing w:after="0" w:line="252" w:lineRule="auto"/>
            </w:pPr>
            <w:r>
              <w:rPr>
                <w:sz w:val="18"/>
              </w:rPr>
              <w:t>……………………………………………………………………………………</w:t>
            </w:r>
          </w:p>
        </w:tc>
      </w:tr>
    </w:tbl>
    <w:p w14:paraId="0EF0ADCB" w14:textId="69CE687D" w:rsidR="00C61511" w:rsidRDefault="00000000">
      <w:pPr>
        <w:pStyle w:val="Titre1"/>
      </w:pPr>
      <w:r>
        <w:t>Résumé de l’offre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15"/>
        <w:gridCol w:w="5783"/>
      </w:tblGrid>
      <w:tr w:rsidR="00C61511" w14:paraId="2A621DDB" w14:textId="77777777">
        <w:trPr>
          <w:jc w:val="center"/>
        </w:trPr>
        <w:tc>
          <w:tcPr>
            <w:tcW w:w="3515" w:type="dxa"/>
            <w:tcMar>
              <w:top w:w="110" w:type="dxa"/>
              <w:left w:w="120" w:type="dxa"/>
              <w:bottom w:w="110" w:type="dxa"/>
              <w:right w:w="120" w:type="dxa"/>
            </w:tcMar>
            <w:vAlign w:val="center"/>
          </w:tcPr>
          <w:p w14:paraId="42480675" w14:textId="77777777" w:rsidR="00C61511" w:rsidRDefault="00000000">
            <w:pPr>
              <w:spacing w:after="0" w:line="252" w:lineRule="auto"/>
            </w:pPr>
            <w:r>
              <w:rPr>
                <w:b/>
                <w:color w:val="17365D"/>
                <w:sz w:val="18"/>
              </w:rPr>
              <w:t>Intitulé du projet</w:t>
            </w:r>
          </w:p>
        </w:tc>
        <w:tc>
          <w:tcPr>
            <w:tcW w:w="5783" w:type="dxa"/>
            <w:tcMar>
              <w:top w:w="110" w:type="dxa"/>
              <w:left w:w="120" w:type="dxa"/>
              <w:bottom w:w="110" w:type="dxa"/>
              <w:right w:w="120" w:type="dxa"/>
            </w:tcMar>
            <w:vAlign w:val="center"/>
          </w:tcPr>
          <w:p w14:paraId="602C9BCE" w14:textId="77777777" w:rsidR="00C61511" w:rsidRDefault="00000000">
            <w:pPr>
              <w:spacing w:after="0" w:line="252" w:lineRule="auto"/>
            </w:pPr>
            <w:r>
              <w:rPr>
                <w:sz w:val="18"/>
              </w:rPr>
              <w:t>……………………………………………………………………………………</w:t>
            </w:r>
          </w:p>
        </w:tc>
      </w:tr>
      <w:tr w:rsidR="00C61511" w14:paraId="7FEA45FF" w14:textId="77777777">
        <w:trPr>
          <w:jc w:val="center"/>
        </w:trPr>
        <w:tc>
          <w:tcPr>
            <w:tcW w:w="3515" w:type="dxa"/>
            <w:shd w:val="clear" w:color="auto" w:fill="F5F7FA"/>
            <w:tcMar>
              <w:top w:w="110" w:type="dxa"/>
              <w:left w:w="120" w:type="dxa"/>
              <w:bottom w:w="110" w:type="dxa"/>
              <w:right w:w="120" w:type="dxa"/>
            </w:tcMar>
            <w:vAlign w:val="center"/>
          </w:tcPr>
          <w:p w14:paraId="1120233E" w14:textId="77777777" w:rsidR="00C61511" w:rsidRDefault="00000000">
            <w:pPr>
              <w:spacing w:after="0" w:line="252" w:lineRule="auto"/>
            </w:pPr>
            <w:r>
              <w:rPr>
                <w:b/>
                <w:color w:val="17365D"/>
                <w:sz w:val="18"/>
              </w:rPr>
              <w:t>Objet et résultats attendus</w:t>
            </w:r>
          </w:p>
        </w:tc>
        <w:tc>
          <w:tcPr>
            <w:tcW w:w="5783" w:type="dxa"/>
            <w:shd w:val="clear" w:color="auto" w:fill="F5F7FA"/>
            <w:tcMar>
              <w:top w:w="110" w:type="dxa"/>
              <w:left w:w="120" w:type="dxa"/>
              <w:bottom w:w="110" w:type="dxa"/>
              <w:right w:w="120" w:type="dxa"/>
            </w:tcMar>
            <w:vAlign w:val="center"/>
          </w:tcPr>
          <w:p w14:paraId="18F4BC58" w14:textId="77777777" w:rsidR="00C61511" w:rsidRDefault="00000000">
            <w:pPr>
              <w:spacing w:after="0" w:line="252" w:lineRule="auto"/>
            </w:pPr>
            <w:r>
              <w:rPr>
                <w:sz w:val="18"/>
              </w:rPr>
              <w:t>……………………………………………………………………………………</w:t>
            </w:r>
            <w:r>
              <w:rPr>
                <w:sz w:val="18"/>
              </w:rPr>
              <w:br/>
              <w:t>……………………………………………………………………………………</w:t>
            </w:r>
          </w:p>
        </w:tc>
      </w:tr>
      <w:tr w:rsidR="00C61511" w:rsidRPr="00CE0365" w14:paraId="1E8465BC" w14:textId="77777777">
        <w:trPr>
          <w:jc w:val="center"/>
        </w:trPr>
        <w:tc>
          <w:tcPr>
            <w:tcW w:w="3515" w:type="dxa"/>
            <w:tcMar>
              <w:top w:w="110" w:type="dxa"/>
              <w:left w:w="120" w:type="dxa"/>
              <w:bottom w:w="110" w:type="dxa"/>
              <w:right w:w="120" w:type="dxa"/>
            </w:tcMar>
            <w:vAlign w:val="center"/>
          </w:tcPr>
          <w:p w14:paraId="598C3328" w14:textId="45FC70D6" w:rsidR="00C61511" w:rsidRDefault="00000000">
            <w:pPr>
              <w:spacing w:after="0" w:line="252" w:lineRule="auto"/>
            </w:pPr>
            <w:r>
              <w:rPr>
                <w:b/>
                <w:color w:val="17365D"/>
                <w:sz w:val="18"/>
              </w:rPr>
              <w:t>pôles territoriaux</w:t>
            </w:r>
          </w:p>
        </w:tc>
        <w:tc>
          <w:tcPr>
            <w:tcW w:w="5783" w:type="dxa"/>
            <w:tcMar>
              <w:top w:w="110" w:type="dxa"/>
              <w:left w:w="120" w:type="dxa"/>
              <w:bottom w:w="110" w:type="dxa"/>
              <w:right w:w="120" w:type="dxa"/>
            </w:tcMar>
            <w:vAlign w:val="center"/>
          </w:tcPr>
          <w:p w14:paraId="7293788B" w14:textId="77777777" w:rsidR="00C61511" w:rsidRPr="00E85D67" w:rsidRDefault="00000000">
            <w:pPr>
              <w:spacing w:after="0" w:line="252" w:lineRule="auto"/>
              <w:rPr>
                <w:lang w:val="fr-FR"/>
              </w:rPr>
            </w:pPr>
            <w:r w:rsidRPr="00E85D67">
              <w:rPr>
                <w:sz w:val="18"/>
                <w:lang w:val="fr-FR"/>
              </w:rPr>
              <w:t>☐ Centre  ☐ Diourbel-Louga  ☐ Nord  ☐ Nord-Est  ☐ Sud  ☐ Sud-Est  ☐ Thiès</w:t>
            </w:r>
          </w:p>
        </w:tc>
      </w:tr>
      <w:tr w:rsidR="00C61511" w14:paraId="090BE406" w14:textId="77777777">
        <w:trPr>
          <w:jc w:val="center"/>
        </w:trPr>
        <w:tc>
          <w:tcPr>
            <w:tcW w:w="3515" w:type="dxa"/>
            <w:shd w:val="clear" w:color="auto" w:fill="F5F7FA"/>
            <w:tcMar>
              <w:top w:w="110" w:type="dxa"/>
              <w:left w:w="120" w:type="dxa"/>
              <w:bottom w:w="110" w:type="dxa"/>
              <w:right w:w="120" w:type="dxa"/>
            </w:tcMar>
            <w:vAlign w:val="center"/>
          </w:tcPr>
          <w:p w14:paraId="583F8CE0" w14:textId="77777777" w:rsidR="00C61511" w:rsidRDefault="00000000">
            <w:pPr>
              <w:spacing w:after="0" w:line="252" w:lineRule="auto"/>
            </w:pPr>
            <w:r>
              <w:rPr>
                <w:b/>
                <w:color w:val="17365D"/>
                <w:sz w:val="18"/>
              </w:rPr>
              <w:t>Régions et départements</w:t>
            </w:r>
          </w:p>
        </w:tc>
        <w:tc>
          <w:tcPr>
            <w:tcW w:w="5783" w:type="dxa"/>
            <w:shd w:val="clear" w:color="auto" w:fill="F5F7FA"/>
            <w:tcMar>
              <w:top w:w="110" w:type="dxa"/>
              <w:left w:w="120" w:type="dxa"/>
              <w:bottom w:w="110" w:type="dxa"/>
              <w:right w:w="120" w:type="dxa"/>
            </w:tcMar>
            <w:vAlign w:val="center"/>
          </w:tcPr>
          <w:p w14:paraId="190C5454" w14:textId="77777777" w:rsidR="00C61511" w:rsidRDefault="00000000">
            <w:pPr>
              <w:spacing w:after="0" w:line="252" w:lineRule="auto"/>
            </w:pPr>
            <w:r>
              <w:rPr>
                <w:sz w:val="18"/>
              </w:rPr>
              <w:t>……………………………………………………………………………………</w:t>
            </w:r>
          </w:p>
        </w:tc>
      </w:tr>
      <w:tr w:rsidR="00C61511" w14:paraId="3654CD2D" w14:textId="77777777">
        <w:trPr>
          <w:jc w:val="center"/>
        </w:trPr>
        <w:tc>
          <w:tcPr>
            <w:tcW w:w="3515" w:type="dxa"/>
            <w:tcMar>
              <w:top w:w="110" w:type="dxa"/>
              <w:left w:w="120" w:type="dxa"/>
              <w:bottom w:w="110" w:type="dxa"/>
              <w:right w:w="120" w:type="dxa"/>
            </w:tcMar>
            <w:vAlign w:val="center"/>
          </w:tcPr>
          <w:p w14:paraId="283774ED" w14:textId="77777777" w:rsidR="00C61511" w:rsidRDefault="00000000">
            <w:pPr>
              <w:spacing w:after="0" w:line="252" w:lineRule="auto"/>
            </w:pPr>
            <w:r>
              <w:rPr>
                <w:b/>
                <w:color w:val="17365D"/>
                <w:sz w:val="18"/>
              </w:rPr>
              <w:t>Nombre total de localités</w:t>
            </w:r>
          </w:p>
        </w:tc>
        <w:tc>
          <w:tcPr>
            <w:tcW w:w="5783" w:type="dxa"/>
            <w:tcMar>
              <w:top w:w="110" w:type="dxa"/>
              <w:left w:w="120" w:type="dxa"/>
              <w:bottom w:w="110" w:type="dxa"/>
              <w:right w:w="120" w:type="dxa"/>
            </w:tcMar>
            <w:vAlign w:val="center"/>
          </w:tcPr>
          <w:p w14:paraId="728D6B28" w14:textId="77777777" w:rsidR="00C61511" w:rsidRDefault="00000000">
            <w:pPr>
              <w:spacing w:after="0" w:line="252" w:lineRule="auto"/>
            </w:pPr>
            <w:r>
              <w:rPr>
                <w:sz w:val="18"/>
              </w:rPr>
              <w:t>……………………</w:t>
            </w:r>
          </w:p>
        </w:tc>
      </w:tr>
      <w:tr w:rsidR="00C61511" w14:paraId="48B00764" w14:textId="77777777">
        <w:trPr>
          <w:jc w:val="center"/>
        </w:trPr>
        <w:tc>
          <w:tcPr>
            <w:tcW w:w="3515" w:type="dxa"/>
            <w:shd w:val="clear" w:color="auto" w:fill="F5F7FA"/>
            <w:tcMar>
              <w:top w:w="110" w:type="dxa"/>
              <w:left w:w="120" w:type="dxa"/>
              <w:bottom w:w="110" w:type="dxa"/>
              <w:right w:w="120" w:type="dxa"/>
            </w:tcMar>
            <w:vAlign w:val="center"/>
          </w:tcPr>
          <w:p w14:paraId="6E5003B2" w14:textId="77777777" w:rsidR="00C61511" w:rsidRPr="00E85D67" w:rsidRDefault="00000000">
            <w:pPr>
              <w:spacing w:after="0" w:line="252" w:lineRule="auto"/>
              <w:rPr>
                <w:lang w:val="fr-FR"/>
              </w:rPr>
            </w:pPr>
            <w:r w:rsidRPr="00E85D67">
              <w:rPr>
                <w:b/>
                <w:color w:val="17365D"/>
                <w:sz w:val="18"/>
                <w:lang w:val="fr-FR"/>
              </w:rPr>
              <w:t>Population cible en année de mise en service</w:t>
            </w:r>
          </w:p>
        </w:tc>
        <w:tc>
          <w:tcPr>
            <w:tcW w:w="5783" w:type="dxa"/>
            <w:shd w:val="clear" w:color="auto" w:fill="F5F7FA"/>
            <w:tcMar>
              <w:top w:w="110" w:type="dxa"/>
              <w:left w:w="120" w:type="dxa"/>
              <w:bottom w:w="110" w:type="dxa"/>
              <w:right w:w="120" w:type="dxa"/>
            </w:tcMar>
            <w:vAlign w:val="center"/>
          </w:tcPr>
          <w:p w14:paraId="0EAAC764" w14:textId="77777777" w:rsidR="00C61511" w:rsidRDefault="00000000">
            <w:pPr>
              <w:spacing w:after="0" w:line="252" w:lineRule="auto"/>
            </w:pPr>
            <w:r>
              <w:rPr>
                <w:sz w:val="18"/>
              </w:rPr>
              <w:t>…………………… habitants</w:t>
            </w:r>
          </w:p>
        </w:tc>
      </w:tr>
      <w:tr w:rsidR="00C61511" w14:paraId="476CB3B0" w14:textId="77777777">
        <w:trPr>
          <w:jc w:val="center"/>
        </w:trPr>
        <w:tc>
          <w:tcPr>
            <w:tcW w:w="3515" w:type="dxa"/>
            <w:tcMar>
              <w:top w:w="110" w:type="dxa"/>
              <w:left w:w="120" w:type="dxa"/>
              <w:bottom w:w="110" w:type="dxa"/>
              <w:right w:w="120" w:type="dxa"/>
            </w:tcMar>
            <w:vAlign w:val="center"/>
          </w:tcPr>
          <w:p w14:paraId="24186CC8" w14:textId="77777777" w:rsidR="00C61511" w:rsidRPr="00E85D67" w:rsidRDefault="00000000">
            <w:pPr>
              <w:spacing w:after="0" w:line="252" w:lineRule="auto"/>
              <w:rPr>
                <w:lang w:val="fr-FR"/>
              </w:rPr>
            </w:pPr>
            <w:r w:rsidRPr="00E85D67">
              <w:rPr>
                <w:b/>
                <w:color w:val="17365D"/>
                <w:sz w:val="18"/>
                <w:lang w:val="fr-FR"/>
              </w:rPr>
              <w:t>Ménages et services publics ciblés</w:t>
            </w:r>
          </w:p>
        </w:tc>
        <w:tc>
          <w:tcPr>
            <w:tcW w:w="5783" w:type="dxa"/>
            <w:tcMar>
              <w:top w:w="110" w:type="dxa"/>
              <w:left w:w="120" w:type="dxa"/>
              <w:bottom w:w="110" w:type="dxa"/>
              <w:right w:w="120" w:type="dxa"/>
            </w:tcMar>
            <w:vAlign w:val="center"/>
          </w:tcPr>
          <w:p w14:paraId="58120C3F" w14:textId="77777777" w:rsidR="00C61511" w:rsidRDefault="00000000">
            <w:pPr>
              <w:spacing w:after="0" w:line="252" w:lineRule="auto"/>
            </w:pPr>
            <w:r>
              <w:rPr>
                <w:sz w:val="18"/>
              </w:rPr>
              <w:t>…………………… ménages  |  …………………… services</w:t>
            </w:r>
          </w:p>
        </w:tc>
      </w:tr>
      <w:tr w:rsidR="00C61511" w14:paraId="7B6E004F" w14:textId="77777777">
        <w:trPr>
          <w:jc w:val="center"/>
        </w:trPr>
        <w:tc>
          <w:tcPr>
            <w:tcW w:w="3515" w:type="dxa"/>
            <w:shd w:val="clear" w:color="auto" w:fill="F5F7FA"/>
            <w:tcMar>
              <w:top w:w="110" w:type="dxa"/>
              <w:left w:w="120" w:type="dxa"/>
              <w:bottom w:w="110" w:type="dxa"/>
              <w:right w:w="120" w:type="dxa"/>
            </w:tcMar>
            <w:vAlign w:val="center"/>
          </w:tcPr>
          <w:p w14:paraId="303648DF" w14:textId="77777777" w:rsidR="00C61511" w:rsidRDefault="00000000">
            <w:pPr>
              <w:spacing w:after="0" w:line="252" w:lineRule="auto"/>
            </w:pPr>
            <w:r>
              <w:rPr>
                <w:b/>
                <w:color w:val="17365D"/>
                <w:sz w:val="18"/>
              </w:rPr>
              <w:t>Usages productifs prévus</w:t>
            </w:r>
          </w:p>
        </w:tc>
        <w:tc>
          <w:tcPr>
            <w:tcW w:w="5783" w:type="dxa"/>
            <w:shd w:val="clear" w:color="auto" w:fill="F5F7FA"/>
            <w:tcMar>
              <w:top w:w="110" w:type="dxa"/>
              <w:left w:w="120" w:type="dxa"/>
              <w:bottom w:w="110" w:type="dxa"/>
              <w:right w:w="120" w:type="dxa"/>
            </w:tcMar>
            <w:vAlign w:val="center"/>
          </w:tcPr>
          <w:p w14:paraId="2D965600" w14:textId="77777777" w:rsidR="00C61511" w:rsidRDefault="00000000">
            <w:pPr>
              <w:spacing w:after="0" w:line="252" w:lineRule="auto"/>
            </w:pPr>
            <w:r>
              <w:rPr>
                <w:sz w:val="18"/>
              </w:rPr>
              <w:t>……………………………………………………………………………………</w:t>
            </w:r>
          </w:p>
        </w:tc>
      </w:tr>
      <w:tr w:rsidR="00C61511" w14:paraId="708E4B21" w14:textId="77777777">
        <w:trPr>
          <w:jc w:val="center"/>
        </w:trPr>
        <w:tc>
          <w:tcPr>
            <w:tcW w:w="3515" w:type="dxa"/>
            <w:tcMar>
              <w:top w:w="110" w:type="dxa"/>
              <w:left w:w="120" w:type="dxa"/>
              <w:bottom w:w="110" w:type="dxa"/>
              <w:right w:w="120" w:type="dxa"/>
            </w:tcMar>
            <w:vAlign w:val="center"/>
          </w:tcPr>
          <w:p w14:paraId="460ECD63" w14:textId="77777777" w:rsidR="00C61511" w:rsidRDefault="00000000">
            <w:pPr>
              <w:spacing w:after="0" w:line="252" w:lineRule="auto"/>
            </w:pPr>
            <w:r>
              <w:rPr>
                <w:b/>
                <w:color w:val="17365D"/>
                <w:sz w:val="18"/>
              </w:rPr>
              <w:t>Durée globale</w:t>
            </w:r>
          </w:p>
        </w:tc>
        <w:tc>
          <w:tcPr>
            <w:tcW w:w="5783" w:type="dxa"/>
            <w:tcMar>
              <w:top w:w="110" w:type="dxa"/>
              <w:left w:w="120" w:type="dxa"/>
              <w:bottom w:w="110" w:type="dxa"/>
              <w:right w:w="120" w:type="dxa"/>
            </w:tcMar>
            <w:vAlign w:val="center"/>
          </w:tcPr>
          <w:p w14:paraId="40EA1E04" w14:textId="77777777" w:rsidR="00C61511" w:rsidRDefault="00000000">
            <w:pPr>
              <w:spacing w:after="0" w:line="252" w:lineRule="auto"/>
            </w:pPr>
            <w:r>
              <w:rPr>
                <w:sz w:val="18"/>
              </w:rPr>
              <w:t>…………………… mois</w:t>
            </w:r>
          </w:p>
        </w:tc>
      </w:tr>
      <w:tr w:rsidR="00C61511" w14:paraId="6C343B9C" w14:textId="77777777">
        <w:trPr>
          <w:jc w:val="center"/>
        </w:trPr>
        <w:tc>
          <w:tcPr>
            <w:tcW w:w="3515" w:type="dxa"/>
            <w:shd w:val="clear" w:color="auto" w:fill="F5F7FA"/>
            <w:tcMar>
              <w:top w:w="110" w:type="dxa"/>
              <w:left w:w="120" w:type="dxa"/>
              <w:bottom w:w="110" w:type="dxa"/>
              <w:right w:w="120" w:type="dxa"/>
            </w:tcMar>
            <w:vAlign w:val="center"/>
          </w:tcPr>
          <w:p w14:paraId="1DE51C5D" w14:textId="77777777" w:rsidR="00C61511" w:rsidRDefault="00000000">
            <w:pPr>
              <w:spacing w:after="0" w:line="252" w:lineRule="auto"/>
            </w:pPr>
            <w:r>
              <w:rPr>
                <w:b/>
                <w:color w:val="17365D"/>
                <w:sz w:val="18"/>
              </w:rPr>
              <w:t>Montant total HT HD</w:t>
            </w:r>
          </w:p>
        </w:tc>
        <w:tc>
          <w:tcPr>
            <w:tcW w:w="5783" w:type="dxa"/>
            <w:shd w:val="clear" w:color="auto" w:fill="F5F7FA"/>
            <w:tcMar>
              <w:top w:w="110" w:type="dxa"/>
              <w:left w:w="120" w:type="dxa"/>
              <w:bottom w:w="110" w:type="dxa"/>
              <w:right w:w="120" w:type="dxa"/>
            </w:tcMar>
            <w:vAlign w:val="center"/>
          </w:tcPr>
          <w:p w14:paraId="797DDA7F" w14:textId="77777777" w:rsidR="00C61511" w:rsidRDefault="00000000">
            <w:pPr>
              <w:spacing w:after="0" w:line="252" w:lineRule="auto"/>
            </w:pPr>
            <w:r>
              <w:rPr>
                <w:sz w:val="18"/>
              </w:rPr>
              <w:t>…………………… FCFA</w:t>
            </w:r>
          </w:p>
        </w:tc>
      </w:tr>
    </w:tbl>
    <w:p w14:paraId="2ADFCB15" w14:textId="77777777" w:rsidR="00C61511" w:rsidRDefault="00C61511">
      <w:pPr>
        <w:spacing w:after="0"/>
      </w:pPr>
    </w:p>
    <w:p w14:paraId="2B3C98E3" w14:textId="77777777" w:rsidR="00C61511" w:rsidRDefault="00C61511">
      <w:pPr>
        <w:spacing w:after="0"/>
      </w:pPr>
    </w:p>
    <w:p w14:paraId="4EC1FC14" w14:textId="2E3930B5" w:rsidR="00C61511" w:rsidRDefault="00000000">
      <w:pPr>
        <w:pStyle w:val="Titre1"/>
      </w:pPr>
      <w:r>
        <w:t>Description technique</w:t>
      </w:r>
    </w:p>
    <w:p w14:paraId="02F06D47" w14:textId="52DB91FD" w:rsidR="00C61511" w:rsidRDefault="00C61511">
      <w:pPr>
        <w:pStyle w:val="Titre2"/>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68"/>
        <w:gridCol w:w="1134"/>
        <w:gridCol w:w="1134"/>
        <w:gridCol w:w="3118"/>
        <w:gridCol w:w="2098"/>
      </w:tblGrid>
      <w:tr w:rsidR="00C61511" w14:paraId="2ED3D6F8" w14:textId="77777777">
        <w:trPr>
          <w:tblHeader/>
          <w:jc w:val="center"/>
        </w:trPr>
        <w:tc>
          <w:tcPr>
            <w:tcW w:w="2268" w:type="dxa"/>
            <w:shd w:val="clear" w:color="auto" w:fill="17365D"/>
            <w:tcMar>
              <w:top w:w="110" w:type="dxa"/>
              <w:left w:w="120" w:type="dxa"/>
              <w:bottom w:w="110" w:type="dxa"/>
              <w:right w:w="120" w:type="dxa"/>
            </w:tcMar>
            <w:vAlign w:val="center"/>
          </w:tcPr>
          <w:p w14:paraId="5C9CE062" w14:textId="77777777" w:rsidR="00C61511" w:rsidRDefault="00000000">
            <w:pPr>
              <w:spacing w:after="0" w:line="252" w:lineRule="auto"/>
              <w:jc w:val="center"/>
            </w:pPr>
            <w:r>
              <w:rPr>
                <w:b/>
                <w:color w:val="FFFFFF"/>
                <w:sz w:val="18"/>
              </w:rPr>
              <w:t>Solution</w:t>
            </w:r>
          </w:p>
        </w:tc>
        <w:tc>
          <w:tcPr>
            <w:tcW w:w="1134" w:type="dxa"/>
            <w:shd w:val="clear" w:color="auto" w:fill="17365D"/>
            <w:tcMar>
              <w:top w:w="110" w:type="dxa"/>
              <w:left w:w="120" w:type="dxa"/>
              <w:bottom w:w="110" w:type="dxa"/>
              <w:right w:w="120" w:type="dxa"/>
            </w:tcMar>
            <w:vAlign w:val="center"/>
          </w:tcPr>
          <w:p w14:paraId="0958F429" w14:textId="77777777" w:rsidR="00C61511" w:rsidRDefault="00000000">
            <w:pPr>
              <w:spacing w:after="0" w:line="252" w:lineRule="auto"/>
              <w:jc w:val="center"/>
            </w:pPr>
            <w:r>
              <w:rPr>
                <w:b/>
                <w:color w:val="FFFFFF"/>
                <w:sz w:val="18"/>
              </w:rPr>
              <w:t>Localités</w:t>
            </w:r>
          </w:p>
        </w:tc>
        <w:tc>
          <w:tcPr>
            <w:tcW w:w="1134" w:type="dxa"/>
            <w:shd w:val="clear" w:color="auto" w:fill="17365D"/>
            <w:tcMar>
              <w:top w:w="110" w:type="dxa"/>
              <w:left w:w="120" w:type="dxa"/>
              <w:bottom w:w="110" w:type="dxa"/>
              <w:right w:w="120" w:type="dxa"/>
            </w:tcMar>
            <w:vAlign w:val="center"/>
          </w:tcPr>
          <w:p w14:paraId="349B8A3C" w14:textId="77777777" w:rsidR="00C61511" w:rsidRDefault="00000000">
            <w:pPr>
              <w:spacing w:after="0" w:line="252" w:lineRule="auto"/>
              <w:jc w:val="center"/>
            </w:pPr>
            <w:r>
              <w:rPr>
                <w:b/>
                <w:color w:val="FFFFFF"/>
                <w:sz w:val="18"/>
              </w:rPr>
              <w:t>Ménages</w:t>
            </w:r>
          </w:p>
        </w:tc>
        <w:tc>
          <w:tcPr>
            <w:tcW w:w="3118" w:type="dxa"/>
            <w:shd w:val="clear" w:color="auto" w:fill="17365D"/>
            <w:tcMar>
              <w:top w:w="110" w:type="dxa"/>
              <w:left w:w="120" w:type="dxa"/>
              <w:bottom w:w="110" w:type="dxa"/>
              <w:right w:w="120" w:type="dxa"/>
            </w:tcMar>
            <w:vAlign w:val="center"/>
          </w:tcPr>
          <w:p w14:paraId="4E12E242" w14:textId="77777777" w:rsidR="00C61511" w:rsidRDefault="00000000">
            <w:pPr>
              <w:spacing w:after="0" w:line="252" w:lineRule="auto"/>
              <w:jc w:val="center"/>
            </w:pPr>
            <w:r>
              <w:rPr>
                <w:b/>
                <w:color w:val="FFFFFF"/>
                <w:sz w:val="18"/>
              </w:rPr>
              <w:t>Puissance ou capacité</w:t>
            </w:r>
          </w:p>
        </w:tc>
        <w:tc>
          <w:tcPr>
            <w:tcW w:w="2098" w:type="dxa"/>
            <w:shd w:val="clear" w:color="auto" w:fill="17365D"/>
            <w:tcMar>
              <w:top w:w="110" w:type="dxa"/>
              <w:left w:w="120" w:type="dxa"/>
              <w:bottom w:w="110" w:type="dxa"/>
              <w:right w:w="120" w:type="dxa"/>
            </w:tcMar>
            <w:vAlign w:val="center"/>
          </w:tcPr>
          <w:p w14:paraId="457EDC3D" w14:textId="77777777" w:rsidR="00C61511" w:rsidRDefault="00000000">
            <w:pPr>
              <w:spacing w:after="0" w:line="252" w:lineRule="auto"/>
              <w:jc w:val="center"/>
            </w:pPr>
            <w:r>
              <w:rPr>
                <w:b/>
                <w:color w:val="FFFFFF"/>
                <w:sz w:val="18"/>
              </w:rPr>
              <w:t>Coût HT HD</w:t>
            </w:r>
          </w:p>
        </w:tc>
      </w:tr>
      <w:tr w:rsidR="00C61511" w14:paraId="600E3B03" w14:textId="77777777">
        <w:trPr>
          <w:jc w:val="center"/>
        </w:trPr>
        <w:tc>
          <w:tcPr>
            <w:tcW w:w="2268" w:type="dxa"/>
            <w:tcMar>
              <w:top w:w="110" w:type="dxa"/>
              <w:left w:w="120" w:type="dxa"/>
              <w:bottom w:w="110" w:type="dxa"/>
              <w:right w:w="120" w:type="dxa"/>
            </w:tcMar>
            <w:vAlign w:val="center"/>
          </w:tcPr>
          <w:p w14:paraId="0FEAB486" w14:textId="77777777" w:rsidR="00C61511" w:rsidRDefault="00000000">
            <w:pPr>
              <w:spacing w:after="0" w:line="252" w:lineRule="auto"/>
              <w:jc w:val="center"/>
            </w:pPr>
            <w:r>
              <w:rPr>
                <w:sz w:val="16"/>
              </w:rPr>
              <w:t>Extension réseau MT BT</w:t>
            </w:r>
          </w:p>
        </w:tc>
        <w:tc>
          <w:tcPr>
            <w:tcW w:w="1134" w:type="dxa"/>
            <w:tcMar>
              <w:top w:w="110" w:type="dxa"/>
              <w:left w:w="120" w:type="dxa"/>
              <w:bottom w:w="110" w:type="dxa"/>
              <w:right w:w="120" w:type="dxa"/>
            </w:tcMar>
            <w:vAlign w:val="center"/>
          </w:tcPr>
          <w:p w14:paraId="3A1C36A5" w14:textId="77777777" w:rsidR="00C61511" w:rsidRDefault="00000000">
            <w:pPr>
              <w:spacing w:after="0" w:line="252" w:lineRule="auto"/>
            </w:pPr>
            <w:r>
              <w:rPr>
                <w:sz w:val="16"/>
              </w:rPr>
              <w:t>………</w:t>
            </w:r>
          </w:p>
        </w:tc>
        <w:tc>
          <w:tcPr>
            <w:tcW w:w="1134" w:type="dxa"/>
            <w:tcMar>
              <w:top w:w="110" w:type="dxa"/>
              <w:left w:w="120" w:type="dxa"/>
              <w:bottom w:w="110" w:type="dxa"/>
              <w:right w:w="120" w:type="dxa"/>
            </w:tcMar>
            <w:vAlign w:val="center"/>
          </w:tcPr>
          <w:p w14:paraId="67693A18" w14:textId="77777777" w:rsidR="00C61511" w:rsidRDefault="00000000">
            <w:pPr>
              <w:spacing w:after="0" w:line="252" w:lineRule="auto"/>
            </w:pPr>
            <w:r>
              <w:rPr>
                <w:sz w:val="16"/>
              </w:rPr>
              <w:t>………</w:t>
            </w:r>
          </w:p>
        </w:tc>
        <w:tc>
          <w:tcPr>
            <w:tcW w:w="3118" w:type="dxa"/>
            <w:tcMar>
              <w:top w:w="110" w:type="dxa"/>
              <w:left w:w="120" w:type="dxa"/>
              <w:bottom w:w="110" w:type="dxa"/>
              <w:right w:w="120" w:type="dxa"/>
            </w:tcMar>
            <w:vAlign w:val="center"/>
          </w:tcPr>
          <w:p w14:paraId="4AE6A8F9" w14:textId="77777777" w:rsidR="00C61511" w:rsidRDefault="00000000">
            <w:pPr>
              <w:spacing w:after="0" w:line="252" w:lineRule="auto"/>
            </w:pPr>
            <w:r>
              <w:rPr>
                <w:sz w:val="16"/>
              </w:rPr>
              <w:t>……… km MT | ……… km BT | ……… kVA</w:t>
            </w:r>
          </w:p>
        </w:tc>
        <w:tc>
          <w:tcPr>
            <w:tcW w:w="2098" w:type="dxa"/>
            <w:tcMar>
              <w:top w:w="110" w:type="dxa"/>
              <w:left w:w="120" w:type="dxa"/>
              <w:bottom w:w="110" w:type="dxa"/>
              <w:right w:w="120" w:type="dxa"/>
            </w:tcMar>
            <w:vAlign w:val="center"/>
          </w:tcPr>
          <w:p w14:paraId="0DED34C6" w14:textId="77777777" w:rsidR="00C61511" w:rsidRDefault="00000000">
            <w:pPr>
              <w:spacing w:after="0" w:line="252" w:lineRule="auto"/>
            </w:pPr>
            <w:r>
              <w:rPr>
                <w:sz w:val="16"/>
              </w:rPr>
              <w:t>……… FCFA</w:t>
            </w:r>
          </w:p>
        </w:tc>
      </w:tr>
      <w:tr w:rsidR="00C61511" w14:paraId="2FF00C1B" w14:textId="77777777">
        <w:trPr>
          <w:jc w:val="center"/>
        </w:trPr>
        <w:tc>
          <w:tcPr>
            <w:tcW w:w="2268" w:type="dxa"/>
            <w:shd w:val="clear" w:color="auto" w:fill="F5F7FA"/>
            <w:tcMar>
              <w:top w:w="110" w:type="dxa"/>
              <w:left w:w="120" w:type="dxa"/>
              <w:bottom w:w="110" w:type="dxa"/>
              <w:right w:w="120" w:type="dxa"/>
            </w:tcMar>
            <w:vAlign w:val="center"/>
          </w:tcPr>
          <w:p w14:paraId="1CFACCF1" w14:textId="77777777" w:rsidR="00C61511" w:rsidRPr="00E85D67" w:rsidRDefault="00000000">
            <w:pPr>
              <w:spacing w:after="0" w:line="252" w:lineRule="auto"/>
              <w:jc w:val="center"/>
              <w:rPr>
                <w:lang w:val="fr-FR"/>
              </w:rPr>
            </w:pPr>
            <w:r w:rsidRPr="00E85D67">
              <w:rPr>
                <w:sz w:val="16"/>
                <w:lang w:val="fr-FR"/>
              </w:rPr>
              <w:t>Mini-réseaux PV ou hybrides</w:t>
            </w:r>
          </w:p>
        </w:tc>
        <w:tc>
          <w:tcPr>
            <w:tcW w:w="1134" w:type="dxa"/>
            <w:shd w:val="clear" w:color="auto" w:fill="F5F7FA"/>
            <w:tcMar>
              <w:top w:w="110" w:type="dxa"/>
              <w:left w:w="120" w:type="dxa"/>
              <w:bottom w:w="110" w:type="dxa"/>
              <w:right w:w="120" w:type="dxa"/>
            </w:tcMar>
            <w:vAlign w:val="center"/>
          </w:tcPr>
          <w:p w14:paraId="5C94EDC6" w14:textId="77777777" w:rsidR="00C61511" w:rsidRDefault="00000000">
            <w:pPr>
              <w:spacing w:after="0" w:line="252" w:lineRule="auto"/>
            </w:pPr>
            <w:r>
              <w:rPr>
                <w:sz w:val="16"/>
              </w:rPr>
              <w:t>………</w:t>
            </w:r>
          </w:p>
        </w:tc>
        <w:tc>
          <w:tcPr>
            <w:tcW w:w="1134" w:type="dxa"/>
            <w:shd w:val="clear" w:color="auto" w:fill="F5F7FA"/>
            <w:tcMar>
              <w:top w:w="110" w:type="dxa"/>
              <w:left w:w="120" w:type="dxa"/>
              <w:bottom w:w="110" w:type="dxa"/>
              <w:right w:w="120" w:type="dxa"/>
            </w:tcMar>
            <w:vAlign w:val="center"/>
          </w:tcPr>
          <w:p w14:paraId="5872B5EC" w14:textId="77777777" w:rsidR="00C61511" w:rsidRDefault="00000000">
            <w:pPr>
              <w:spacing w:after="0" w:line="252" w:lineRule="auto"/>
            </w:pPr>
            <w:r>
              <w:rPr>
                <w:sz w:val="16"/>
              </w:rPr>
              <w:t>………</w:t>
            </w:r>
          </w:p>
        </w:tc>
        <w:tc>
          <w:tcPr>
            <w:tcW w:w="3118" w:type="dxa"/>
            <w:shd w:val="clear" w:color="auto" w:fill="F5F7FA"/>
            <w:tcMar>
              <w:top w:w="110" w:type="dxa"/>
              <w:left w:w="120" w:type="dxa"/>
              <w:bottom w:w="110" w:type="dxa"/>
              <w:right w:w="120" w:type="dxa"/>
            </w:tcMar>
            <w:vAlign w:val="center"/>
          </w:tcPr>
          <w:p w14:paraId="43B9F547" w14:textId="77777777" w:rsidR="00C61511" w:rsidRDefault="00000000">
            <w:pPr>
              <w:spacing w:after="0" w:line="252" w:lineRule="auto"/>
            </w:pPr>
            <w:r>
              <w:rPr>
                <w:sz w:val="16"/>
              </w:rPr>
              <w:t>……… kWc | ……… kWh stockage</w:t>
            </w:r>
          </w:p>
        </w:tc>
        <w:tc>
          <w:tcPr>
            <w:tcW w:w="2098" w:type="dxa"/>
            <w:shd w:val="clear" w:color="auto" w:fill="F5F7FA"/>
            <w:tcMar>
              <w:top w:w="110" w:type="dxa"/>
              <w:left w:w="120" w:type="dxa"/>
              <w:bottom w:w="110" w:type="dxa"/>
              <w:right w:w="120" w:type="dxa"/>
            </w:tcMar>
            <w:vAlign w:val="center"/>
          </w:tcPr>
          <w:p w14:paraId="500376C4" w14:textId="77777777" w:rsidR="00C61511" w:rsidRDefault="00000000">
            <w:pPr>
              <w:spacing w:after="0" w:line="252" w:lineRule="auto"/>
            </w:pPr>
            <w:r>
              <w:rPr>
                <w:sz w:val="16"/>
              </w:rPr>
              <w:t>……… FCFA</w:t>
            </w:r>
          </w:p>
        </w:tc>
      </w:tr>
      <w:tr w:rsidR="00C61511" w14:paraId="77E281A3" w14:textId="77777777">
        <w:trPr>
          <w:jc w:val="center"/>
        </w:trPr>
        <w:tc>
          <w:tcPr>
            <w:tcW w:w="2268" w:type="dxa"/>
            <w:tcMar>
              <w:top w:w="110" w:type="dxa"/>
              <w:left w:w="120" w:type="dxa"/>
              <w:bottom w:w="110" w:type="dxa"/>
              <w:right w:w="120" w:type="dxa"/>
            </w:tcMar>
            <w:vAlign w:val="center"/>
          </w:tcPr>
          <w:p w14:paraId="270D258D" w14:textId="77777777" w:rsidR="00C61511" w:rsidRDefault="00000000">
            <w:pPr>
              <w:spacing w:after="0" w:line="252" w:lineRule="auto"/>
              <w:jc w:val="center"/>
            </w:pPr>
            <w:r>
              <w:rPr>
                <w:sz w:val="16"/>
              </w:rPr>
              <w:t>Systèmes solaires individuels</w:t>
            </w:r>
          </w:p>
        </w:tc>
        <w:tc>
          <w:tcPr>
            <w:tcW w:w="1134" w:type="dxa"/>
            <w:tcMar>
              <w:top w:w="110" w:type="dxa"/>
              <w:left w:w="120" w:type="dxa"/>
              <w:bottom w:w="110" w:type="dxa"/>
              <w:right w:w="120" w:type="dxa"/>
            </w:tcMar>
            <w:vAlign w:val="center"/>
          </w:tcPr>
          <w:p w14:paraId="3E665F79" w14:textId="77777777" w:rsidR="00C61511" w:rsidRDefault="00000000">
            <w:pPr>
              <w:spacing w:after="0" w:line="252" w:lineRule="auto"/>
            </w:pPr>
            <w:r>
              <w:rPr>
                <w:sz w:val="16"/>
              </w:rPr>
              <w:t>………</w:t>
            </w:r>
          </w:p>
        </w:tc>
        <w:tc>
          <w:tcPr>
            <w:tcW w:w="1134" w:type="dxa"/>
            <w:tcMar>
              <w:top w:w="110" w:type="dxa"/>
              <w:left w:w="120" w:type="dxa"/>
              <w:bottom w:w="110" w:type="dxa"/>
              <w:right w:w="120" w:type="dxa"/>
            </w:tcMar>
            <w:vAlign w:val="center"/>
          </w:tcPr>
          <w:p w14:paraId="78698935" w14:textId="77777777" w:rsidR="00C61511" w:rsidRDefault="00000000">
            <w:pPr>
              <w:spacing w:after="0" w:line="252" w:lineRule="auto"/>
            </w:pPr>
            <w:r>
              <w:rPr>
                <w:sz w:val="16"/>
              </w:rPr>
              <w:t>………</w:t>
            </w:r>
          </w:p>
        </w:tc>
        <w:tc>
          <w:tcPr>
            <w:tcW w:w="3118" w:type="dxa"/>
            <w:tcMar>
              <w:top w:w="110" w:type="dxa"/>
              <w:left w:w="120" w:type="dxa"/>
              <w:bottom w:w="110" w:type="dxa"/>
              <w:right w:w="120" w:type="dxa"/>
            </w:tcMar>
            <w:vAlign w:val="center"/>
          </w:tcPr>
          <w:p w14:paraId="03C1B7CF" w14:textId="77777777" w:rsidR="00C61511" w:rsidRDefault="00000000">
            <w:pPr>
              <w:spacing w:after="0" w:line="252" w:lineRule="auto"/>
            </w:pPr>
            <w:r>
              <w:rPr>
                <w:sz w:val="16"/>
              </w:rPr>
              <w:t>……… kits | ……… Wc</w:t>
            </w:r>
          </w:p>
        </w:tc>
        <w:tc>
          <w:tcPr>
            <w:tcW w:w="2098" w:type="dxa"/>
            <w:tcMar>
              <w:top w:w="110" w:type="dxa"/>
              <w:left w:w="120" w:type="dxa"/>
              <w:bottom w:w="110" w:type="dxa"/>
              <w:right w:w="120" w:type="dxa"/>
            </w:tcMar>
            <w:vAlign w:val="center"/>
          </w:tcPr>
          <w:p w14:paraId="39B535EC" w14:textId="77777777" w:rsidR="00C61511" w:rsidRDefault="00000000">
            <w:pPr>
              <w:spacing w:after="0" w:line="252" w:lineRule="auto"/>
            </w:pPr>
            <w:r>
              <w:rPr>
                <w:sz w:val="16"/>
              </w:rPr>
              <w:t>……… FCFA</w:t>
            </w:r>
          </w:p>
        </w:tc>
      </w:tr>
      <w:tr w:rsidR="00C61511" w14:paraId="5EB9C887" w14:textId="77777777">
        <w:trPr>
          <w:jc w:val="center"/>
        </w:trPr>
        <w:tc>
          <w:tcPr>
            <w:tcW w:w="2268" w:type="dxa"/>
            <w:shd w:val="clear" w:color="auto" w:fill="F5F7FA"/>
            <w:tcMar>
              <w:top w:w="110" w:type="dxa"/>
              <w:left w:w="120" w:type="dxa"/>
              <w:bottom w:w="110" w:type="dxa"/>
              <w:right w:w="120" w:type="dxa"/>
            </w:tcMar>
            <w:vAlign w:val="center"/>
          </w:tcPr>
          <w:p w14:paraId="4794416D" w14:textId="77777777" w:rsidR="00C61511" w:rsidRDefault="00000000">
            <w:pPr>
              <w:spacing w:after="0" w:line="252" w:lineRule="auto"/>
              <w:jc w:val="center"/>
            </w:pPr>
            <w:r>
              <w:rPr>
                <w:sz w:val="16"/>
              </w:rPr>
              <w:lastRenderedPageBreak/>
              <w:t>Branchements et installations intérieures</w:t>
            </w:r>
          </w:p>
        </w:tc>
        <w:tc>
          <w:tcPr>
            <w:tcW w:w="1134" w:type="dxa"/>
            <w:shd w:val="clear" w:color="auto" w:fill="F5F7FA"/>
            <w:tcMar>
              <w:top w:w="110" w:type="dxa"/>
              <w:left w:w="120" w:type="dxa"/>
              <w:bottom w:w="110" w:type="dxa"/>
              <w:right w:w="120" w:type="dxa"/>
            </w:tcMar>
            <w:vAlign w:val="center"/>
          </w:tcPr>
          <w:p w14:paraId="1D9ECC24" w14:textId="77777777" w:rsidR="00C61511" w:rsidRDefault="00000000">
            <w:pPr>
              <w:spacing w:after="0" w:line="252" w:lineRule="auto"/>
            </w:pPr>
            <w:r>
              <w:rPr>
                <w:sz w:val="16"/>
              </w:rPr>
              <w:t>………</w:t>
            </w:r>
          </w:p>
        </w:tc>
        <w:tc>
          <w:tcPr>
            <w:tcW w:w="1134" w:type="dxa"/>
            <w:shd w:val="clear" w:color="auto" w:fill="F5F7FA"/>
            <w:tcMar>
              <w:top w:w="110" w:type="dxa"/>
              <w:left w:w="120" w:type="dxa"/>
              <w:bottom w:w="110" w:type="dxa"/>
              <w:right w:w="120" w:type="dxa"/>
            </w:tcMar>
            <w:vAlign w:val="center"/>
          </w:tcPr>
          <w:p w14:paraId="700A36E0" w14:textId="77777777" w:rsidR="00C61511" w:rsidRDefault="00000000">
            <w:pPr>
              <w:spacing w:after="0" w:line="252" w:lineRule="auto"/>
            </w:pPr>
            <w:r>
              <w:rPr>
                <w:sz w:val="16"/>
              </w:rPr>
              <w:t>………</w:t>
            </w:r>
          </w:p>
        </w:tc>
        <w:tc>
          <w:tcPr>
            <w:tcW w:w="3118" w:type="dxa"/>
            <w:shd w:val="clear" w:color="auto" w:fill="F5F7FA"/>
            <w:tcMar>
              <w:top w:w="110" w:type="dxa"/>
              <w:left w:w="120" w:type="dxa"/>
              <w:bottom w:w="110" w:type="dxa"/>
              <w:right w:w="120" w:type="dxa"/>
            </w:tcMar>
            <w:vAlign w:val="center"/>
          </w:tcPr>
          <w:p w14:paraId="52E8193F" w14:textId="77777777" w:rsidR="00C61511" w:rsidRDefault="00000000">
            <w:pPr>
              <w:spacing w:after="0" w:line="252" w:lineRule="auto"/>
            </w:pPr>
            <w:r>
              <w:rPr>
                <w:sz w:val="16"/>
              </w:rPr>
              <w:t>……… mono | ……… tri</w:t>
            </w:r>
          </w:p>
        </w:tc>
        <w:tc>
          <w:tcPr>
            <w:tcW w:w="2098" w:type="dxa"/>
            <w:shd w:val="clear" w:color="auto" w:fill="F5F7FA"/>
            <w:tcMar>
              <w:top w:w="110" w:type="dxa"/>
              <w:left w:w="120" w:type="dxa"/>
              <w:bottom w:w="110" w:type="dxa"/>
              <w:right w:w="120" w:type="dxa"/>
            </w:tcMar>
            <w:vAlign w:val="center"/>
          </w:tcPr>
          <w:p w14:paraId="2D1D790E" w14:textId="77777777" w:rsidR="00C61511" w:rsidRDefault="00000000">
            <w:pPr>
              <w:spacing w:after="0" w:line="252" w:lineRule="auto"/>
            </w:pPr>
            <w:r>
              <w:rPr>
                <w:sz w:val="16"/>
              </w:rPr>
              <w:t>……… FCFA</w:t>
            </w:r>
          </w:p>
        </w:tc>
      </w:tr>
      <w:tr w:rsidR="00C61511" w14:paraId="5F95BDAC" w14:textId="77777777">
        <w:trPr>
          <w:jc w:val="center"/>
        </w:trPr>
        <w:tc>
          <w:tcPr>
            <w:tcW w:w="2268" w:type="dxa"/>
            <w:tcMar>
              <w:top w:w="110" w:type="dxa"/>
              <w:left w:w="120" w:type="dxa"/>
              <w:bottom w:w="110" w:type="dxa"/>
              <w:right w:w="120" w:type="dxa"/>
            </w:tcMar>
            <w:vAlign w:val="center"/>
          </w:tcPr>
          <w:p w14:paraId="184ED6F6" w14:textId="77777777" w:rsidR="00C61511" w:rsidRPr="00E85D67" w:rsidRDefault="00000000">
            <w:pPr>
              <w:spacing w:after="0" w:line="252" w:lineRule="auto"/>
              <w:jc w:val="center"/>
              <w:rPr>
                <w:lang w:val="fr-FR"/>
              </w:rPr>
            </w:pPr>
            <w:r w:rsidRPr="00E85D67">
              <w:rPr>
                <w:sz w:val="16"/>
                <w:lang w:val="fr-FR"/>
              </w:rPr>
              <w:t>Usages productifs et services sociaux</w:t>
            </w:r>
          </w:p>
        </w:tc>
        <w:tc>
          <w:tcPr>
            <w:tcW w:w="1134" w:type="dxa"/>
            <w:tcMar>
              <w:top w:w="110" w:type="dxa"/>
              <w:left w:w="120" w:type="dxa"/>
              <w:bottom w:w="110" w:type="dxa"/>
              <w:right w:w="120" w:type="dxa"/>
            </w:tcMar>
            <w:vAlign w:val="center"/>
          </w:tcPr>
          <w:p w14:paraId="23994EC5" w14:textId="77777777" w:rsidR="00C61511" w:rsidRDefault="00000000">
            <w:pPr>
              <w:spacing w:after="0" w:line="252" w:lineRule="auto"/>
            </w:pPr>
            <w:r>
              <w:rPr>
                <w:sz w:val="16"/>
              </w:rPr>
              <w:t>………</w:t>
            </w:r>
          </w:p>
        </w:tc>
        <w:tc>
          <w:tcPr>
            <w:tcW w:w="1134" w:type="dxa"/>
            <w:tcMar>
              <w:top w:w="110" w:type="dxa"/>
              <w:left w:w="120" w:type="dxa"/>
              <w:bottom w:w="110" w:type="dxa"/>
              <w:right w:w="120" w:type="dxa"/>
            </w:tcMar>
            <w:vAlign w:val="center"/>
          </w:tcPr>
          <w:p w14:paraId="4B6FA645" w14:textId="77777777" w:rsidR="00C61511" w:rsidRDefault="00000000">
            <w:pPr>
              <w:spacing w:after="0" w:line="252" w:lineRule="auto"/>
            </w:pPr>
            <w:r>
              <w:rPr>
                <w:sz w:val="16"/>
              </w:rPr>
              <w:t>………</w:t>
            </w:r>
          </w:p>
        </w:tc>
        <w:tc>
          <w:tcPr>
            <w:tcW w:w="3118" w:type="dxa"/>
            <w:tcMar>
              <w:top w:w="110" w:type="dxa"/>
              <w:left w:w="120" w:type="dxa"/>
              <w:bottom w:w="110" w:type="dxa"/>
              <w:right w:w="120" w:type="dxa"/>
            </w:tcMar>
            <w:vAlign w:val="center"/>
          </w:tcPr>
          <w:p w14:paraId="154A8294" w14:textId="77777777" w:rsidR="00C61511" w:rsidRDefault="00000000">
            <w:pPr>
              <w:spacing w:after="0" w:line="252" w:lineRule="auto"/>
            </w:pPr>
            <w:r>
              <w:rPr>
                <w:sz w:val="16"/>
              </w:rPr>
              <w:t>…………………………………………</w:t>
            </w:r>
          </w:p>
        </w:tc>
        <w:tc>
          <w:tcPr>
            <w:tcW w:w="2098" w:type="dxa"/>
            <w:tcMar>
              <w:top w:w="110" w:type="dxa"/>
              <w:left w:w="120" w:type="dxa"/>
              <w:bottom w:w="110" w:type="dxa"/>
              <w:right w:w="120" w:type="dxa"/>
            </w:tcMar>
            <w:vAlign w:val="center"/>
          </w:tcPr>
          <w:p w14:paraId="6680359D" w14:textId="77777777" w:rsidR="00C61511" w:rsidRDefault="00000000">
            <w:pPr>
              <w:spacing w:after="0" w:line="252" w:lineRule="auto"/>
            </w:pPr>
            <w:r>
              <w:rPr>
                <w:sz w:val="16"/>
              </w:rPr>
              <w:t>……… FCFA</w:t>
            </w:r>
          </w:p>
        </w:tc>
      </w:tr>
    </w:tbl>
    <w:p w14:paraId="0E9A5012" w14:textId="77777777" w:rsidR="00C61511" w:rsidRDefault="00C61511">
      <w:pPr>
        <w:spacing w:after="0"/>
      </w:pPr>
    </w:p>
    <w:p w14:paraId="3E7C075C" w14:textId="3B82978E" w:rsidR="00C61511" w:rsidRPr="00E85D67" w:rsidRDefault="00000000">
      <w:pPr>
        <w:pStyle w:val="Titre1"/>
        <w:rPr>
          <w:lang w:val="fr-FR"/>
        </w:rPr>
      </w:pPr>
      <w:r w:rsidRPr="00E85D67">
        <w:rPr>
          <w:lang w:val="fr-FR"/>
        </w:rPr>
        <w:t>Calendrier et modalités de mise en œuvre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68"/>
        <w:gridCol w:w="1474"/>
        <w:gridCol w:w="1474"/>
        <w:gridCol w:w="2835"/>
        <w:gridCol w:w="1701"/>
      </w:tblGrid>
      <w:tr w:rsidR="00C61511" w14:paraId="2BE25A59" w14:textId="77777777">
        <w:trPr>
          <w:tblHeader/>
          <w:jc w:val="center"/>
        </w:trPr>
        <w:tc>
          <w:tcPr>
            <w:tcW w:w="2268" w:type="dxa"/>
            <w:shd w:val="clear" w:color="auto" w:fill="17365D"/>
            <w:tcMar>
              <w:top w:w="110" w:type="dxa"/>
              <w:left w:w="120" w:type="dxa"/>
              <w:bottom w:w="110" w:type="dxa"/>
              <w:right w:w="120" w:type="dxa"/>
            </w:tcMar>
            <w:vAlign w:val="center"/>
          </w:tcPr>
          <w:p w14:paraId="37332A11" w14:textId="77777777" w:rsidR="00C61511" w:rsidRDefault="00000000">
            <w:pPr>
              <w:spacing w:after="0" w:line="252" w:lineRule="auto"/>
              <w:jc w:val="center"/>
            </w:pPr>
            <w:r>
              <w:rPr>
                <w:b/>
                <w:color w:val="FFFFFF"/>
                <w:sz w:val="18"/>
              </w:rPr>
              <w:t>Phase</w:t>
            </w:r>
          </w:p>
        </w:tc>
        <w:tc>
          <w:tcPr>
            <w:tcW w:w="1474" w:type="dxa"/>
            <w:shd w:val="clear" w:color="auto" w:fill="17365D"/>
            <w:tcMar>
              <w:top w:w="110" w:type="dxa"/>
              <w:left w:w="120" w:type="dxa"/>
              <w:bottom w:w="110" w:type="dxa"/>
              <w:right w:w="120" w:type="dxa"/>
            </w:tcMar>
            <w:vAlign w:val="center"/>
          </w:tcPr>
          <w:p w14:paraId="40E19941" w14:textId="77777777" w:rsidR="00C61511" w:rsidRDefault="00000000">
            <w:pPr>
              <w:spacing w:after="0" w:line="252" w:lineRule="auto"/>
              <w:jc w:val="center"/>
            </w:pPr>
            <w:r>
              <w:rPr>
                <w:b/>
                <w:color w:val="FFFFFF"/>
                <w:sz w:val="18"/>
              </w:rPr>
              <w:t>Date de début</w:t>
            </w:r>
          </w:p>
        </w:tc>
        <w:tc>
          <w:tcPr>
            <w:tcW w:w="1474" w:type="dxa"/>
            <w:shd w:val="clear" w:color="auto" w:fill="17365D"/>
            <w:tcMar>
              <w:top w:w="110" w:type="dxa"/>
              <w:left w:w="120" w:type="dxa"/>
              <w:bottom w:w="110" w:type="dxa"/>
              <w:right w:w="120" w:type="dxa"/>
            </w:tcMar>
            <w:vAlign w:val="center"/>
          </w:tcPr>
          <w:p w14:paraId="29C12C9B" w14:textId="77777777" w:rsidR="00C61511" w:rsidRDefault="00000000">
            <w:pPr>
              <w:spacing w:after="0" w:line="252" w:lineRule="auto"/>
              <w:jc w:val="center"/>
            </w:pPr>
            <w:r>
              <w:rPr>
                <w:b/>
                <w:color w:val="FFFFFF"/>
                <w:sz w:val="18"/>
              </w:rPr>
              <w:t>Date de fin</w:t>
            </w:r>
          </w:p>
        </w:tc>
        <w:tc>
          <w:tcPr>
            <w:tcW w:w="2835" w:type="dxa"/>
            <w:shd w:val="clear" w:color="auto" w:fill="17365D"/>
            <w:tcMar>
              <w:top w:w="110" w:type="dxa"/>
              <w:left w:w="120" w:type="dxa"/>
              <w:bottom w:w="110" w:type="dxa"/>
              <w:right w:w="120" w:type="dxa"/>
            </w:tcMar>
            <w:vAlign w:val="center"/>
          </w:tcPr>
          <w:p w14:paraId="72D8EF8D" w14:textId="77777777" w:rsidR="00C61511" w:rsidRDefault="00000000">
            <w:pPr>
              <w:spacing w:after="0" w:line="252" w:lineRule="auto"/>
              <w:jc w:val="center"/>
            </w:pPr>
            <w:r>
              <w:rPr>
                <w:b/>
                <w:color w:val="FFFFFF"/>
                <w:sz w:val="18"/>
              </w:rPr>
              <w:t>Livrable ou jalon</w:t>
            </w:r>
          </w:p>
        </w:tc>
        <w:tc>
          <w:tcPr>
            <w:tcW w:w="1701" w:type="dxa"/>
            <w:shd w:val="clear" w:color="auto" w:fill="17365D"/>
            <w:tcMar>
              <w:top w:w="110" w:type="dxa"/>
              <w:left w:w="120" w:type="dxa"/>
              <w:bottom w:w="110" w:type="dxa"/>
              <w:right w:w="120" w:type="dxa"/>
            </w:tcMar>
            <w:vAlign w:val="center"/>
          </w:tcPr>
          <w:p w14:paraId="076AEBBD" w14:textId="77777777" w:rsidR="00C61511" w:rsidRDefault="00000000">
            <w:pPr>
              <w:spacing w:after="0" w:line="252" w:lineRule="auto"/>
              <w:jc w:val="center"/>
            </w:pPr>
            <w:r>
              <w:rPr>
                <w:b/>
                <w:color w:val="FFFFFF"/>
                <w:sz w:val="18"/>
              </w:rPr>
              <w:t>Responsable</w:t>
            </w:r>
          </w:p>
        </w:tc>
      </w:tr>
      <w:tr w:rsidR="00C61511" w14:paraId="1A9E426D" w14:textId="77777777">
        <w:trPr>
          <w:jc w:val="center"/>
        </w:trPr>
        <w:tc>
          <w:tcPr>
            <w:tcW w:w="2268" w:type="dxa"/>
            <w:tcMar>
              <w:top w:w="110" w:type="dxa"/>
              <w:left w:w="120" w:type="dxa"/>
              <w:bottom w:w="110" w:type="dxa"/>
              <w:right w:w="120" w:type="dxa"/>
            </w:tcMar>
            <w:vAlign w:val="center"/>
          </w:tcPr>
          <w:p w14:paraId="25B0D403" w14:textId="77777777" w:rsidR="00C61511" w:rsidRDefault="00000000">
            <w:pPr>
              <w:spacing w:after="0" w:line="252" w:lineRule="auto"/>
              <w:jc w:val="center"/>
            </w:pPr>
            <w:r>
              <w:rPr>
                <w:sz w:val="16"/>
              </w:rPr>
              <w:t>Études et validations</w:t>
            </w:r>
          </w:p>
        </w:tc>
        <w:tc>
          <w:tcPr>
            <w:tcW w:w="1474" w:type="dxa"/>
            <w:tcMar>
              <w:top w:w="110" w:type="dxa"/>
              <w:left w:w="120" w:type="dxa"/>
              <w:bottom w:w="110" w:type="dxa"/>
              <w:right w:w="120" w:type="dxa"/>
            </w:tcMar>
            <w:vAlign w:val="center"/>
          </w:tcPr>
          <w:p w14:paraId="0BC23C1A" w14:textId="77777777" w:rsidR="00C61511" w:rsidRDefault="00000000">
            <w:pPr>
              <w:spacing w:after="0" w:line="252" w:lineRule="auto"/>
            </w:pPr>
            <w:r>
              <w:rPr>
                <w:sz w:val="16"/>
              </w:rPr>
              <w:t>………</w:t>
            </w:r>
          </w:p>
        </w:tc>
        <w:tc>
          <w:tcPr>
            <w:tcW w:w="1474" w:type="dxa"/>
            <w:tcMar>
              <w:top w:w="110" w:type="dxa"/>
              <w:left w:w="120" w:type="dxa"/>
              <w:bottom w:w="110" w:type="dxa"/>
              <w:right w:w="120" w:type="dxa"/>
            </w:tcMar>
            <w:vAlign w:val="center"/>
          </w:tcPr>
          <w:p w14:paraId="35887016" w14:textId="77777777" w:rsidR="00C61511" w:rsidRDefault="00000000">
            <w:pPr>
              <w:spacing w:after="0" w:line="252" w:lineRule="auto"/>
            </w:pPr>
            <w:r>
              <w:rPr>
                <w:sz w:val="16"/>
              </w:rPr>
              <w:t>………</w:t>
            </w:r>
          </w:p>
        </w:tc>
        <w:tc>
          <w:tcPr>
            <w:tcW w:w="2835" w:type="dxa"/>
            <w:tcMar>
              <w:top w:w="110" w:type="dxa"/>
              <w:left w:w="120" w:type="dxa"/>
              <w:bottom w:w="110" w:type="dxa"/>
              <w:right w:w="120" w:type="dxa"/>
            </w:tcMar>
            <w:vAlign w:val="center"/>
          </w:tcPr>
          <w:p w14:paraId="4E40D023" w14:textId="77777777" w:rsidR="00C61511" w:rsidRDefault="00000000">
            <w:pPr>
              <w:spacing w:after="0" w:line="252" w:lineRule="auto"/>
            </w:pPr>
            <w:r>
              <w:rPr>
                <w:sz w:val="16"/>
              </w:rPr>
              <w:t>………………………………</w:t>
            </w:r>
          </w:p>
        </w:tc>
        <w:tc>
          <w:tcPr>
            <w:tcW w:w="1701" w:type="dxa"/>
            <w:tcMar>
              <w:top w:w="110" w:type="dxa"/>
              <w:left w:w="120" w:type="dxa"/>
              <w:bottom w:w="110" w:type="dxa"/>
              <w:right w:w="120" w:type="dxa"/>
            </w:tcMar>
            <w:vAlign w:val="center"/>
          </w:tcPr>
          <w:p w14:paraId="277DA7E2" w14:textId="77777777" w:rsidR="00C61511" w:rsidRDefault="00000000">
            <w:pPr>
              <w:spacing w:after="0" w:line="252" w:lineRule="auto"/>
            </w:pPr>
            <w:r>
              <w:rPr>
                <w:sz w:val="16"/>
              </w:rPr>
              <w:t>……………………</w:t>
            </w:r>
          </w:p>
        </w:tc>
      </w:tr>
      <w:tr w:rsidR="00C61511" w14:paraId="3FB5BEBF" w14:textId="77777777">
        <w:trPr>
          <w:jc w:val="center"/>
        </w:trPr>
        <w:tc>
          <w:tcPr>
            <w:tcW w:w="2268" w:type="dxa"/>
            <w:shd w:val="clear" w:color="auto" w:fill="F5F7FA"/>
            <w:tcMar>
              <w:top w:w="110" w:type="dxa"/>
              <w:left w:w="120" w:type="dxa"/>
              <w:bottom w:w="110" w:type="dxa"/>
              <w:right w:w="120" w:type="dxa"/>
            </w:tcMar>
            <w:vAlign w:val="center"/>
          </w:tcPr>
          <w:p w14:paraId="4467015A" w14:textId="77777777" w:rsidR="00C61511" w:rsidRDefault="00000000">
            <w:pPr>
              <w:spacing w:after="0" w:line="252" w:lineRule="auto"/>
              <w:jc w:val="center"/>
            </w:pPr>
            <w:r>
              <w:rPr>
                <w:sz w:val="16"/>
              </w:rPr>
              <w:t>Mobilisation des financements</w:t>
            </w:r>
          </w:p>
        </w:tc>
        <w:tc>
          <w:tcPr>
            <w:tcW w:w="1474" w:type="dxa"/>
            <w:shd w:val="clear" w:color="auto" w:fill="F5F7FA"/>
            <w:tcMar>
              <w:top w:w="110" w:type="dxa"/>
              <w:left w:w="120" w:type="dxa"/>
              <w:bottom w:w="110" w:type="dxa"/>
              <w:right w:w="120" w:type="dxa"/>
            </w:tcMar>
            <w:vAlign w:val="center"/>
          </w:tcPr>
          <w:p w14:paraId="3EABA48D" w14:textId="77777777" w:rsidR="00C61511" w:rsidRDefault="00000000">
            <w:pPr>
              <w:spacing w:after="0" w:line="252" w:lineRule="auto"/>
            </w:pPr>
            <w:r>
              <w:rPr>
                <w:sz w:val="16"/>
              </w:rPr>
              <w:t>………</w:t>
            </w:r>
          </w:p>
        </w:tc>
        <w:tc>
          <w:tcPr>
            <w:tcW w:w="1474" w:type="dxa"/>
            <w:shd w:val="clear" w:color="auto" w:fill="F5F7FA"/>
            <w:tcMar>
              <w:top w:w="110" w:type="dxa"/>
              <w:left w:w="120" w:type="dxa"/>
              <w:bottom w:w="110" w:type="dxa"/>
              <w:right w:w="120" w:type="dxa"/>
            </w:tcMar>
            <w:vAlign w:val="center"/>
          </w:tcPr>
          <w:p w14:paraId="59D47A4E" w14:textId="77777777" w:rsidR="00C61511" w:rsidRDefault="00000000">
            <w:pPr>
              <w:spacing w:after="0" w:line="252" w:lineRule="auto"/>
            </w:pPr>
            <w:r>
              <w:rPr>
                <w:sz w:val="16"/>
              </w:rPr>
              <w:t>………</w:t>
            </w:r>
          </w:p>
        </w:tc>
        <w:tc>
          <w:tcPr>
            <w:tcW w:w="2835" w:type="dxa"/>
            <w:shd w:val="clear" w:color="auto" w:fill="F5F7FA"/>
            <w:tcMar>
              <w:top w:w="110" w:type="dxa"/>
              <w:left w:w="120" w:type="dxa"/>
              <w:bottom w:w="110" w:type="dxa"/>
              <w:right w:w="120" w:type="dxa"/>
            </w:tcMar>
            <w:vAlign w:val="center"/>
          </w:tcPr>
          <w:p w14:paraId="4764EE4F" w14:textId="77777777" w:rsidR="00C61511" w:rsidRDefault="00000000">
            <w:pPr>
              <w:spacing w:after="0" w:line="252" w:lineRule="auto"/>
            </w:pPr>
            <w:r>
              <w:rPr>
                <w:sz w:val="16"/>
              </w:rPr>
              <w:t>………………………………</w:t>
            </w:r>
          </w:p>
        </w:tc>
        <w:tc>
          <w:tcPr>
            <w:tcW w:w="1701" w:type="dxa"/>
            <w:shd w:val="clear" w:color="auto" w:fill="F5F7FA"/>
            <w:tcMar>
              <w:top w:w="110" w:type="dxa"/>
              <w:left w:w="120" w:type="dxa"/>
              <w:bottom w:w="110" w:type="dxa"/>
              <w:right w:w="120" w:type="dxa"/>
            </w:tcMar>
            <w:vAlign w:val="center"/>
          </w:tcPr>
          <w:p w14:paraId="06171CBA" w14:textId="77777777" w:rsidR="00C61511" w:rsidRDefault="00000000">
            <w:pPr>
              <w:spacing w:after="0" w:line="252" w:lineRule="auto"/>
            </w:pPr>
            <w:r>
              <w:rPr>
                <w:sz w:val="16"/>
              </w:rPr>
              <w:t>……………………</w:t>
            </w:r>
          </w:p>
        </w:tc>
      </w:tr>
      <w:tr w:rsidR="00C61511" w14:paraId="74B56FCC" w14:textId="77777777">
        <w:trPr>
          <w:jc w:val="center"/>
        </w:trPr>
        <w:tc>
          <w:tcPr>
            <w:tcW w:w="2268" w:type="dxa"/>
            <w:tcMar>
              <w:top w:w="110" w:type="dxa"/>
              <w:left w:w="120" w:type="dxa"/>
              <w:bottom w:w="110" w:type="dxa"/>
              <w:right w:w="120" w:type="dxa"/>
            </w:tcMar>
            <w:vAlign w:val="center"/>
          </w:tcPr>
          <w:p w14:paraId="3A63818D" w14:textId="77777777" w:rsidR="00C61511" w:rsidRDefault="00000000">
            <w:pPr>
              <w:spacing w:after="0" w:line="252" w:lineRule="auto"/>
              <w:jc w:val="center"/>
            </w:pPr>
            <w:r>
              <w:rPr>
                <w:sz w:val="16"/>
              </w:rPr>
              <w:t>Acquisitions et contractualisation</w:t>
            </w:r>
          </w:p>
        </w:tc>
        <w:tc>
          <w:tcPr>
            <w:tcW w:w="1474" w:type="dxa"/>
            <w:tcMar>
              <w:top w:w="110" w:type="dxa"/>
              <w:left w:w="120" w:type="dxa"/>
              <w:bottom w:w="110" w:type="dxa"/>
              <w:right w:w="120" w:type="dxa"/>
            </w:tcMar>
            <w:vAlign w:val="center"/>
          </w:tcPr>
          <w:p w14:paraId="166DC1BC" w14:textId="77777777" w:rsidR="00C61511" w:rsidRDefault="00000000">
            <w:pPr>
              <w:spacing w:after="0" w:line="252" w:lineRule="auto"/>
            </w:pPr>
            <w:r>
              <w:rPr>
                <w:sz w:val="16"/>
              </w:rPr>
              <w:t>………</w:t>
            </w:r>
          </w:p>
        </w:tc>
        <w:tc>
          <w:tcPr>
            <w:tcW w:w="1474" w:type="dxa"/>
            <w:tcMar>
              <w:top w:w="110" w:type="dxa"/>
              <w:left w:w="120" w:type="dxa"/>
              <w:bottom w:w="110" w:type="dxa"/>
              <w:right w:w="120" w:type="dxa"/>
            </w:tcMar>
            <w:vAlign w:val="center"/>
          </w:tcPr>
          <w:p w14:paraId="0BAE1607" w14:textId="77777777" w:rsidR="00C61511" w:rsidRDefault="00000000">
            <w:pPr>
              <w:spacing w:after="0" w:line="252" w:lineRule="auto"/>
            </w:pPr>
            <w:r>
              <w:rPr>
                <w:sz w:val="16"/>
              </w:rPr>
              <w:t>………</w:t>
            </w:r>
          </w:p>
        </w:tc>
        <w:tc>
          <w:tcPr>
            <w:tcW w:w="2835" w:type="dxa"/>
            <w:tcMar>
              <w:top w:w="110" w:type="dxa"/>
              <w:left w:w="120" w:type="dxa"/>
              <w:bottom w:w="110" w:type="dxa"/>
              <w:right w:w="120" w:type="dxa"/>
            </w:tcMar>
            <w:vAlign w:val="center"/>
          </w:tcPr>
          <w:p w14:paraId="308FBE05" w14:textId="77777777" w:rsidR="00C61511" w:rsidRDefault="00000000">
            <w:pPr>
              <w:spacing w:after="0" w:line="252" w:lineRule="auto"/>
            </w:pPr>
            <w:r>
              <w:rPr>
                <w:sz w:val="16"/>
              </w:rPr>
              <w:t>………………………………</w:t>
            </w:r>
          </w:p>
        </w:tc>
        <w:tc>
          <w:tcPr>
            <w:tcW w:w="1701" w:type="dxa"/>
            <w:tcMar>
              <w:top w:w="110" w:type="dxa"/>
              <w:left w:w="120" w:type="dxa"/>
              <w:bottom w:w="110" w:type="dxa"/>
              <w:right w:w="120" w:type="dxa"/>
            </w:tcMar>
            <w:vAlign w:val="center"/>
          </w:tcPr>
          <w:p w14:paraId="1579977E" w14:textId="77777777" w:rsidR="00C61511" w:rsidRDefault="00000000">
            <w:pPr>
              <w:spacing w:after="0" w:line="252" w:lineRule="auto"/>
            </w:pPr>
            <w:r>
              <w:rPr>
                <w:sz w:val="16"/>
              </w:rPr>
              <w:t>……………………</w:t>
            </w:r>
          </w:p>
        </w:tc>
      </w:tr>
      <w:tr w:rsidR="00C61511" w14:paraId="6ECECDC5" w14:textId="77777777">
        <w:trPr>
          <w:jc w:val="center"/>
        </w:trPr>
        <w:tc>
          <w:tcPr>
            <w:tcW w:w="2268" w:type="dxa"/>
            <w:shd w:val="clear" w:color="auto" w:fill="F5F7FA"/>
            <w:tcMar>
              <w:top w:w="110" w:type="dxa"/>
              <w:left w:w="120" w:type="dxa"/>
              <w:bottom w:w="110" w:type="dxa"/>
              <w:right w:w="120" w:type="dxa"/>
            </w:tcMar>
            <w:vAlign w:val="center"/>
          </w:tcPr>
          <w:p w14:paraId="6F8ED9B2" w14:textId="77777777" w:rsidR="00C61511" w:rsidRDefault="00000000">
            <w:pPr>
              <w:spacing w:after="0" w:line="252" w:lineRule="auto"/>
              <w:jc w:val="center"/>
            </w:pPr>
            <w:r>
              <w:rPr>
                <w:sz w:val="16"/>
              </w:rPr>
              <w:t>Travaux et installations</w:t>
            </w:r>
          </w:p>
        </w:tc>
        <w:tc>
          <w:tcPr>
            <w:tcW w:w="1474" w:type="dxa"/>
            <w:shd w:val="clear" w:color="auto" w:fill="F5F7FA"/>
            <w:tcMar>
              <w:top w:w="110" w:type="dxa"/>
              <w:left w:w="120" w:type="dxa"/>
              <w:bottom w:w="110" w:type="dxa"/>
              <w:right w:w="120" w:type="dxa"/>
            </w:tcMar>
            <w:vAlign w:val="center"/>
          </w:tcPr>
          <w:p w14:paraId="564273C7" w14:textId="77777777" w:rsidR="00C61511" w:rsidRDefault="00000000">
            <w:pPr>
              <w:spacing w:after="0" w:line="252" w:lineRule="auto"/>
            </w:pPr>
            <w:r>
              <w:rPr>
                <w:sz w:val="16"/>
              </w:rPr>
              <w:t>………</w:t>
            </w:r>
          </w:p>
        </w:tc>
        <w:tc>
          <w:tcPr>
            <w:tcW w:w="1474" w:type="dxa"/>
            <w:shd w:val="clear" w:color="auto" w:fill="F5F7FA"/>
            <w:tcMar>
              <w:top w:w="110" w:type="dxa"/>
              <w:left w:w="120" w:type="dxa"/>
              <w:bottom w:w="110" w:type="dxa"/>
              <w:right w:w="120" w:type="dxa"/>
            </w:tcMar>
            <w:vAlign w:val="center"/>
          </w:tcPr>
          <w:p w14:paraId="4E608BB5" w14:textId="77777777" w:rsidR="00C61511" w:rsidRDefault="00000000">
            <w:pPr>
              <w:spacing w:after="0" w:line="252" w:lineRule="auto"/>
            </w:pPr>
            <w:r>
              <w:rPr>
                <w:sz w:val="16"/>
              </w:rPr>
              <w:t>………</w:t>
            </w:r>
          </w:p>
        </w:tc>
        <w:tc>
          <w:tcPr>
            <w:tcW w:w="2835" w:type="dxa"/>
            <w:shd w:val="clear" w:color="auto" w:fill="F5F7FA"/>
            <w:tcMar>
              <w:top w:w="110" w:type="dxa"/>
              <w:left w:w="120" w:type="dxa"/>
              <w:bottom w:w="110" w:type="dxa"/>
              <w:right w:w="120" w:type="dxa"/>
            </w:tcMar>
            <w:vAlign w:val="center"/>
          </w:tcPr>
          <w:p w14:paraId="68DC869A" w14:textId="77777777" w:rsidR="00C61511" w:rsidRDefault="00000000">
            <w:pPr>
              <w:spacing w:after="0" w:line="252" w:lineRule="auto"/>
            </w:pPr>
            <w:r>
              <w:rPr>
                <w:sz w:val="16"/>
              </w:rPr>
              <w:t>………………………………</w:t>
            </w:r>
          </w:p>
        </w:tc>
        <w:tc>
          <w:tcPr>
            <w:tcW w:w="1701" w:type="dxa"/>
            <w:shd w:val="clear" w:color="auto" w:fill="F5F7FA"/>
            <w:tcMar>
              <w:top w:w="110" w:type="dxa"/>
              <w:left w:w="120" w:type="dxa"/>
              <w:bottom w:w="110" w:type="dxa"/>
              <w:right w:w="120" w:type="dxa"/>
            </w:tcMar>
            <w:vAlign w:val="center"/>
          </w:tcPr>
          <w:p w14:paraId="6F24B8B4" w14:textId="77777777" w:rsidR="00C61511" w:rsidRDefault="00000000">
            <w:pPr>
              <w:spacing w:after="0" w:line="252" w:lineRule="auto"/>
            </w:pPr>
            <w:r>
              <w:rPr>
                <w:sz w:val="16"/>
              </w:rPr>
              <w:t>……………………</w:t>
            </w:r>
          </w:p>
        </w:tc>
      </w:tr>
      <w:tr w:rsidR="00C61511" w14:paraId="0DC78F96" w14:textId="77777777">
        <w:trPr>
          <w:jc w:val="center"/>
        </w:trPr>
        <w:tc>
          <w:tcPr>
            <w:tcW w:w="2268" w:type="dxa"/>
            <w:tcMar>
              <w:top w:w="110" w:type="dxa"/>
              <w:left w:w="120" w:type="dxa"/>
              <w:bottom w:w="110" w:type="dxa"/>
              <w:right w:w="120" w:type="dxa"/>
            </w:tcMar>
            <w:vAlign w:val="center"/>
          </w:tcPr>
          <w:p w14:paraId="0EB8EC7D" w14:textId="77777777" w:rsidR="00C61511" w:rsidRPr="00E85D67" w:rsidRDefault="00000000">
            <w:pPr>
              <w:spacing w:after="0" w:line="252" w:lineRule="auto"/>
              <w:jc w:val="center"/>
              <w:rPr>
                <w:lang w:val="fr-FR"/>
              </w:rPr>
            </w:pPr>
            <w:r w:rsidRPr="00E85D67">
              <w:rPr>
                <w:sz w:val="16"/>
                <w:lang w:val="fr-FR"/>
              </w:rPr>
              <w:t>Essais et mise en service</w:t>
            </w:r>
          </w:p>
        </w:tc>
        <w:tc>
          <w:tcPr>
            <w:tcW w:w="1474" w:type="dxa"/>
            <w:tcMar>
              <w:top w:w="110" w:type="dxa"/>
              <w:left w:w="120" w:type="dxa"/>
              <w:bottom w:w="110" w:type="dxa"/>
              <w:right w:w="120" w:type="dxa"/>
            </w:tcMar>
            <w:vAlign w:val="center"/>
          </w:tcPr>
          <w:p w14:paraId="67553CDE" w14:textId="77777777" w:rsidR="00C61511" w:rsidRDefault="00000000">
            <w:pPr>
              <w:spacing w:after="0" w:line="252" w:lineRule="auto"/>
            </w:pPr>
            <w:r>
              <w:rPr>
                <w:sz w:val="16"/>
              </w:rPr>
              <w:t>………</w:t>
            </w:r>
          </w:p>
        </w:tc>
        <w:tc>
          <w:tcPr>
            <w:tcW w:w="1474" w:type="dxa"/>
            <w:tcMar>
              <w:top w:w="110" w:type="dxa"/>
              <w:left w:w="120" w:type="dxa"/>
              <w:bottom w:w="110" w:type="dxa"/>
              <w:right w:w="120" w:type="dxa"/>
            </w:tcMar>
            <w:vAlign w:val="center"/>
          </w:tcPr>
          <w:p w14:paraId="4C0CF919" w14:textId="77777777" w:rsidR="00C61511" w:rsidRDefault="00000000">
            <w:pPr>
              <w:spacing w:after="0" w:line="252" w:lineRule="auto"/>
            </w:pPr>
            <w:r>
              <w:rPr>
                <w:sz w:val="16"/>
              </w:rPr>
              <w:t>………</w:t>
            </w:r>
          </w:p>
        </w:tc>
        <w:tc>
          <w:tcPr>
            <w:tcW w:w="2835" w:type="dxa"/>
            <w:tcMar>
              <w:top w:w="110" w:type="dxa"/>
              <w:left w:w="120" w:type="dxa"/>
              <w:bottom w:w="110" w:type="dxa"/>
              <w:right w:w="120" w:type="dxa"/>
            </w:tcMar>
            <w:vAlign w:val="center"/>
          </w:tcPr>
          <w:p w14:paraId="28BD15DD" w14:textId="77777777" w:rsidR="00C61511" w:rsidRDefault="00000000">
            <w:pPr>
              <w:spacing w:after="0" w:line="252" w:lineRule="auto"/>
            </w:pPr>
            <w:r>
              <w:rPr>
                <w:sz w:val="16"/>
              </w:rPr>
              <w:t>………………………………</w:t>
            </w:r>
          </w:p>
        </w:tc>
        <w:tc>
          <w:tcPr>
            <w:tcW w:w="1701" w:type="dxa"/>
            <w:tcMar>
              <w:top w:w="110" w:type="dxa"/>
              <w:left w:w="120" w:type="dxa"/>
              <w:bottom w:w="110" w:type="dxa"/>
              <w:right w:w="120" w:type="dxa"/>
            </w:tcMar>
            <w:vAlign w:val="center"/>
          </w:tcPr>
          <w:p w14:paraId="78FC9AB2" w14:textId="77777777" w:rsidR="00C61511" w:rsidRDefault="00000000">
            <w:pPr>
              <w:spacing w:after="0" w:line="252" w:lineRule="auto"/>
            </w:pPr>
            <w:r>
              <w:rPr>
                <w:sz w:val="16"/>
              </w:rPr>
              <w:t>……………………</w:t>
            </w:r>
          </w:p>
        </w:tc>
      </w:tr>
      <w:tr w:rsidR="00C61511" w14:paraId="5A990F52" w14:textId="77777777">
        <w:trPr>
          <w:jc w:val="center"/>
        </w:trPr>
        <w:tc>
          <w:tcPr>
            <w:tcW w:w="2268" w:type="dxa"/>
            <w:shd w:val="clear" w:color="auto" w:fill="F5F7FA"/>
            <w:tcMar>
              <w:top w:w="110" w:type="dxa"/>
              <w:left w:w="120" w:type="dxa"/>
              <w:bottom w:w="110" w:type="dxa"/>
              <w:right w:w="120" w:type="dxa"/>
            </w:tcMar>
            <w:vAlign w:val="center"/>
          </w:tcPr>
          <w:p w14:paraId="3BDC16C7" w14:textId="77777777" w:rsidR="00C61511" w:rsidRPr="00E85D67" w:rsidRDefault="00000000">
            <w:pPr>
              <w:spacing w:after="0" w:line="252" w:lineRule="auto"/>
              <w:jc w:val="center"/>
              <w:rPr>
                <w:lang w:val="fr-FR"/>
              </w:rPr>
            </w:pPr>
            <w:r w:rsidRPr="00E85D67">
              <w:rPr>
                <w:sz w:val="16"/>
                <w:lang w:val="fr-FR"/>
              </w:rPr>
              <w:t>Réception et transfert à l’exploitant</w:t>
            </w:r>
          </w:p>
        </w:tc>
        <w:tc>
          <w:tcPr>
            <w:tcW w:w="1474" w:type="dxa"/>
            <w:shd w:val="clear" w:color="auto" w:fill="F5F7FA"/>
            <w:tcMar>
              <w:top w:w="110" w:type="dxa"/>
              <w:left w:w="120" w:type="dxa"/>
              <w:bottom w:w="110" w:type="dxa"/>
              <w:right w:w="120" w:type="dxa"/>
            </w:tcMar>
            <w:vAlign w:val="center"/>
          </w:tcPr>
          <w:p w14:paraId="0562AD5C" w14:textId="77777777" w:rsidR="00C61511" w:rsidRDefault="00000000">
            <w:pPr>
              <w:spacing w:after="0" w:line="252" w:lineRule="auto"/>
            </w:pPr>
            <w:r>
              <w:rPr>
                <w:sz w:val="16"/>
              </w:rPr>
              <w:t>………</w:t>
            </w:r>
          </w:p>
        </w:tc>
        <w:tc>
          <w:tcPr>
            <w:tcW w:w="1474" w:type="dxa"/>
            <w:shd w:val="clear" w:color="auto" w:fill="F5F7FA"/>
            <w:tcMar>
              <w:top w:w="110" w:type="dxa"/>
              <w:left w:w="120" w:type="dxa"/>
              <w:bottom w:w="110" w:type="dxa"/>
              <w:right w:w="120" w:type="dxa"/>
            </w:tcMar>
            <w:vAlign w:val="center"/>
          </w:tcPr>
          <w:p w14:paraId="35A14677" w14:textId="77777777" w:rsidR="00C61511" w:rsidRDefault="00000000">
            <w:pPr>
              <w:spacing w:after="0" w:line="252" w:lineRule="auto"/>
            </w:pPr>
            <w:r>
              <w:rPr>
                <w:sz w:val="16"/>
              </w:rPr>
              <w:t>………</w:t>
            </w:r>
          </w:p>
        </w:tc>
        <w:tc>
          <w:tcPr>
            <w:tcW w:w="2835" w:type="dxa"/>
            <w:shd w:val="clear" w:color="auto" w:fill="F5F7FA"/>
            <w:tcMar>
              <w:top w:w="110" w:type="dxa"/>
              <w:left w:w="120" w:type="dxa"/>
              <w:bottom w:w="110" w:type="dxa"/>
              <w:right w:w="120" w:type="dxa"/>
            </w:tcMar>
            <w:vAlign w:val="center"/>
          </w:tcPr>
          <w:p w14:paraId="071904DF" w14:textId="77777777" w:rsidR="00C61511" w:rsidRDefault="00000000">
            <w:pPr>
              <w:spacing w:after="0" w:line="252" w:lineRule="auto"/>
            </w:pPr>
            <w:r>
              <w:rPr>
                <w:sz w:val="16"/>
              </w:rPr>
              <w:t>………………………………</w:t>
            </w:r>
          </w:p>
        </w:tc>
        <w:tc>
          <w:tcPr>
            <w:tcW w:w="1701" w:type="dxa"/>
            <w:shd w:val="clear" w:color="auto" w:fill="F5F7FA"/>
            <w:tcMar>
              <w:top w:w="110" w:type="dxa"/>
              <w:left w:w="120" w:type="dxa"/>
              <w:bottom w:w="110" w:type="dxa"/>
              <w:right w:w="120" w:type="dxa"/>
            </w:tcMar>
            <w:vAlign w:val="center"/>
          </w:tcPr>
          <w:p w14:paraId="65DC96FB" w14:textId="77777777" w:rsidR="00C61511" w:rsidRDefault="00000000">
            <w:pPr>
              <w:spacing w:after="0" w:line="252" w:lineRule="auto"/>
            </w:pPr>
            <w:r>
              <w:rPr>
                <w:sz w:val="16"/>
              </w:rPr>
              <w:t>……………………</w:t>
            </w:r>
          </w:p>
        </w:tc>
      </w:tr>
    </w:tbl>
    <w:p w14:paraId="3CEDAB75" w14:textId="77777777" w:rsidR="00C61511" w:rsidRDefault="00C61511">
      <w:pPr>
        <w:spacing w:after="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15"/>
        <w:gridCol w:w="5783"/>
      </w:tblGrid>
      <w:tr w:rsidR="00C61511" w:rsidRPr="00CE0365" w14:paraId="5F9A18C7" w14:textId="77777777">
        <w:trPr>
          <w:jc w:val="center"/>
        </w:trPr>
        <w:tc>
          <w:tcPr>
            <w:tcW w:w="3515" w:type="dxa"/>
            <w:shd w:val="clear" w:color="auto" w:fill="F5F7FA"/>
            <w:tcMar>
              <w:top w:w="110" w:type="dxa"/>
              <w:left w:w="120" w:type="dxa"/>
              <w:bottom w:w="110" w:type="dxa"/>
              <w:right w:w="120" w:type="dxa"/>
            </w:tcMar>
            <w:vAlign w:val="center"/>
          </w:tcPr>
          <w:p w14:paraId="6530EFB8" w14:textId="77777777" w:rsidR="00C61511" w:rsidRDefault="00000000">
            <w:pPr>
              <w:spacing w:after="0" w:line="252" w:lineRule="auto"/>
            </w:pPr>
            <w:r>
              <w:rPr>
                <w:b/>
                <w:color w:val="17365D"/>
                <w:sz w:val="18"/>
              </w:rPr>
              <w:t>Schéma contractuel proposé</w:t>
            </w:r>
          </w:p>
        </w:tc>
        <w:tc>
          <w:tcPr>
            <w:tcW w:w="5783" w:type="dxa"/>
            <w:shd w:val="clear" w:color="auto" w:fill="F5F7FA"/>
            <w:tcMar>
              <w:top w:w="110" w:type="dxa"/>
              <w:left w:w="120" w:type="dxa"/>
              <w:bottom w:w="110" w:type="dxa"/>
              <w:right w:w="120" w:type="dxa"/>
            </w:tcMar>
            <w:vAlign w:val="center"/>
          </w:tcPr>
          <w:p w14:paraId="21694C20" w14:textId="77777777" w:rsidR="00C61511" w:rsidRPr="00E85D67" w:rsidRDefault="00000000">
            <w:pPr>
              <w:spacing w:after="0" w:line="252" w:lineRule="auto"/>
              <w:rPr>
                <w:lang w:val="fr-FR"/>
              </w:rPr>
            </w:pPr>
            <w:r w:rsidRPr="00E85D67">
              <w:rPr>
                <w:sz w:val="18"/>
                <w:lang w:val="fr-FR"/>
              </w:rPr>
              <w:t>☐ Marché  ☐ PPP  ☐ Concession ERD  ☐ Autre : ………………………</w:t>
            </w:r>
          </w:p>
        </w:tc>
      </w:tr>
    </w:tbl>
    <w:p w14:paraId="40D1D07C" w14:textId="77777777" w:rsidR="00C61511" w:rsidRPr="00CE0365" w:rsidRDefault="00C61511">
      <w:pPr>
        <w:spacing w:after="0"/>
        <w:rPr>
          <w:lang w:val="fr-FR"/>
        </w:rPr>
      </w:pPr>
    </w:p>
    <w:p w14:paraId="41881E02" w14:textId="3DF3D789" w:rsidR="00C61511" w:rsidRPr="00E85D67" w:rsidRDefault="00000000" w:rsidP="00E85D67">
      <w:pPr>
        <w:pStyle w:val="Titre1"/>
        <w:rPr>
          <w:lang w:val="fr-FR"/>
        </w:rPr>
      </w:pPr>
      <w:r>
        <w:t>Structure du financement proposé</w:t>
      </w:r>
    </w:p>
    <w:p w14:paraId="30F1A79C" w14:textId="23BEF536" w:rsidR="00C61511" w:rsidRDefault="00C61511">
      <w:pPr>
        <w:spacing w:after="120"/>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15"/>
        <w:gridCol w:w="5783"/>
      </w:tblGrid>
      <w:tr w:rsidR="00C61511" w:rsidRPr="00CE0365" w14:paraId="352ECB98" w14:textId="77777777">
        <w:trPr>
          <w:jc w:val="center"/>
        </w:trPr>
        <w:tc>
          <w:tcPr>
            <w:tcW w:w="3515" w:type="dxa"/>
            <w:tcMar>
              <w:top w:w="110" w:type="dxa"/>
              <w:left w:w="120" w:type="dxa"/>
              <w:bottom w:w="110" w:type="dxa"/>
              <w:right w:w="120" w:type="dxa"/>
            </w:tcMar>
            <w:vAlign w:val="center"/>
          </w:tcPr>
          <w:p w14:paraId="41B7CCEF" w14:textId="77777777" w:rsidR="00C61511" w:rsidRDefault="00000000">
            <w:pPr>
              <w:spacing w:after="0" w:line="252" w:lineRule="auto"/>
            </w:pPr>
            <w:r>
              <w:rPr>
                <w:b/>
                <w:color w:val="17365D"/>
                <w:sz w:val="18"/>
              </w:rPr>
              <w:t>Disponibilité des financements</w:t>
            </w:r>
          </w:p>
        </w:tc>
        <w:tc>
          <w:tcPr>
            <w:tcW w:w="5783" w:type="dxa"/>
            <w:tcMar>
              <w:top w:w="110" w:type="dxa"/>
              <w:left w:w="120" w:type="dxa"/>
              <w:bottom w:w="110" w:type="dxa"/>
              <w:right w:w="120" w:type="dxa"/>
            </w:tcMar>
            <w:vAlign w:val="center"/>
          </w:tcPr>
          <w:p w14:paraId="433DCEAE" w14:textId="77777777" w:rsidR="00C61511" w:rsidRPr="00E85D67" w:rsidRDefault="00000000">
            <w:pPr>
              <w:spacing w:after="0" w:line="252" w:lineRule="auto"/>
              <w:rPr>
                <w:lang w:val="fr-FR"/>
              </w:rPr>
            </w:pPr>
            <w:r w:rsidRPr="00E85D67">
              <w:rPr>
                <w:sz w:val="18"/>
                <w:lang w:val="fr-FR"/>
              </w:rPr>
              <w:t>Préciser les engagements fermes, conditionnels et à mobiliser :</w:t>
            </w:r>
            <w:r w:rsidRPr="00E85D67">
              <w:rPr>
                <w:sz w:val="18"/>
                <w:lang w:val="fr-FR"/>
              </w:rPr>
              <w:br/>
              <w:t>……………………………………………………………………………………</w:t>
            </w:r>
          </w:p>
        </w:tc>
      </w:tr>
      <w:tr w:rsidR="00C61511" w14:paraId="402BE9F8" w14:textId="77777777">
        <w:trPr>
          <w:jc w:val="center"/>
        </w:trPr>
        <w:tc>
          <w:tcPr>
            <w:tcW w:w="3515" w:type="dxa"/>
            <w:shd w:val="clear" w:color="auto" w:fill="F5F7FA"/>
            <w:tcMar>
              <w:top w:w="110" w:type="dxa"/>
              <w:left w:w="120" w:type="dxa"/>
              <w:bottom w:w="110" w:type="dxa"/>
              <w:right w:w="120" w:type="dxa"/>
            </w:tcMar>
            <w:vAlign w:val="center"/>
          </w:tcPr>
          <w:p w14:paraId="5F454CA6" w14:textId="77777777" w:rsidR="00C61511" w:rsidRDefault="00000000">
            <w:pPr>
              <w:spacing w:after="0" w:line="252" w:lineRule="auto"/>
            </w:pPr>
            <w:r>
              <w:rPr>
                <w:b/>
                <w:color w:val="17365D"/>
                <w:sz w:val="18"/>
              </w:rPr>
              <w:t>Conditions financières</w:t>
            </w:r>
          </w:p>
        </w:tc>
        <w:tc>
          <w:tcPr>
            <w:tcW w:w="5783" w:type="dxa"/>
            <w:shd w:val="clear" w:color="auto" w:fill="F5F7FA"/>
            <w:tcMar>
              <w:top w:w="110" w:type="dxa"/>
              <w:left w:w="120" w:type="dxa"/>
              <w:bottom w:w="110" w:type="dxa"/>
              <w:right w:w="120" w:type="dxa"/>
            </w:tcMar>
            <w:vAlign w:val="center"/>
          </w:tcPr>
          <w:p w14:paraId="009A729F" w14:textId="77777777" w:rsidR="00C61511" w:rsidRDefault="00000000">
            <w:pPr>
              <w:spacing w:after="0" w:line="252" w:lineRule="auto"/>
            </w:pPr>
            <w:r w:rsidRPr="00E85D67">
              <w:rPr>
                <w:sz w:val="18"/>
                <w:lang w:val="fr-FR"/>
              </w:rPr>
              <w:t xml:space="preserve">Durée de mobilisation : …………  Maturité : …………  Différé : …………  </w:t>
            </w:r>
            <w:r>
              <w:rPr>
                <w:sz w:val="18"/>
              </w:rPr>
              <w:t>Taux : …………</w:t>
            </w:r>
          </w:p>
        </w:tc>
      </w:tr>
      <w:tr w:rsidR="00C61511" w14:paraId="5E950269" w14:textId="77777777">
        <w:trPr>
          <w:jc w:val="center"/>
        </w:trPr>
        <w:tc>
          <w:tcPr>
            <w:tcW w:w="3515" w:type="dxa"/>
            <w:tcMar>
              <w:top w:w="110" w:type="dxa"/>
              <w:left w:w="120" w:type="dxa"/>
              <w:bottom w:w="110" w:type="dxa"/>
              <w:right w:w="120" w:type="dxa"/>
            </w:tcMar>
            <w:vAlign w:val="center"/>
          </w:tcPr>
          <w:p w14:paraId="6FBBAF60" w14:textId="77777777" w:rsidR="00C61511" w:rsidRPr="00E85D67" w:rsidRDefault="00000000">
            <w:pPr>
              <w:spacing w:after="0" w:line="252" w:lineRule="auto"/>
              <w:rPr>
                <w:lang w:val="fr-FR"/>
              </w:rPr>
            </w:pPr>
            <w:r w:rsidRPr="00E85D67">
              <w:rPr>
                <w:b/>
                <w:color w:val="17365D"/>
                <w:sz w:val="18"/>
                <w:lang w:val="fr-FR"/>
              </w:rPr>
              <w:t>Mécanisme de rémunération ou remboursement</w:t>
            </w:r>
          </w:p>
        </w:tc>
        <w:tc>
          <w:tcPr>
            <w:tcW w:w="5783" w:type="dxa"/>
            <w:tcMar>
              <w:top w:w="110" w:type="dxa"/>
              <w:left w:w="120" w:type="dxa"/>
              <w:bottom w:w="110" w:type="dxa"/>
              <w:right w:w="120" w:type="dxa"/>
            </w:tcMar>
            <w:vAlign w:val="center"/>
          </w:tcPr>
          <w:p w14:paraId="0E43EAD7" w14:textId="77777777" w:rsidR="00C61511" w:rsidRDefault="00000000">
            <w:pPr>
              <w:spacing w:after="0" w:line="252" w:lineRule="auto"/>
            </w:pPr>
            <w:r>
              <w:rPr>
                <w:sz w:val="18"/>
              </w:rPr>
              <w:t>……………………………………………………………………………………</w:t>
            </w:r>
          </w:p>
        </w:tc>
      </w:tr>
      <w:tr w:rsidR="00C61511" w14:paraId="6B605FE1" w14:textId="77777777">
        <w:trPr>
          <w:jc w:val="center"/>
        </w:trPr>
        <w:tc>
          <w:tcPr>
            <w:tcW w:w="3515" w:type="dxa"/>
            <w:shd w:val="clear" w:color="auto" w:fill="F5F7FA"/>
            <w:tcMar>
              <w:top w:w="110" w:type="dxa"/>
              <w:left w:w="120" w:type="dxa"/>
              <w:bottom w:w="110" w:type="dxa"/>
              <w:right w:w="120" w:type="dxa"/>
            </w:tcMar>
            <w:vAlign w:val="center"/>
          </w:tcPr>
          <w:p w14:paraId="158A5ADA" w14:textId="77777777" w:rsidR="00C61511" w:rsidRPr="00E85D67" w:rsidRDefault="00000000">
            <w:pPr>
              <w:spacing w:after="0" w:line="252" w:lineRule="auto"/>
              <w:rPr>
                <w:lang w:val="fr-FR"/>
              </w:rPr>
            </w:pPr>
            <w:r w:rsidRPr="00E85D67">
              <w:rPr>
                <w:b/>
                <w:color w:val="17365D"/>
                <w:sz w:val="18"/>
                <w:lang w:val="fr-FR"/>
              </w:rPr>
              <w:t>Garanties ou appuis sollicités de l’État</w:t>
            </w:r>
          </w:p>
        </w:tc>
        <w:tc>
          <w:tcPr>
            <w:tcW w:w="5783" w:type="dxa"/>
            <w:shd w:val="clear" w:color="auto" w:fill="F5F7FA"/>
            <w:tcMar>
              <w:top w:w="110" w:type="dxa"/>
              <w:left w:w="120" w:type="dxa"/>
              <w:bottom w:w="110" w:type="dxa"/>
              <w:right w:w="120" w:type="dxa"/>
            </w:tcMar>
            <w:vAlign w:val="center"/>
          </w:tcPr>
          <w:p w14:paraId="77CC1577" w14:textId="77777777" w:rsidR="00C61511" w:rsidRDefault="00000000">
            <w:pPr>
              <w:spacing w:after="0" w:line="252" w:lineRule="auto"/>
            </w:pPr>
            <w:r>
              <w:rPr>
                <w:sz w:val="18"/>
              </w:rPr>
              <w:t>……………………………………………………………………………………</w:t>
            </w:r>
          </w:p>
        </w:tc>
      </w:tr>
      <w:tr w:rsidR="00C61511" w14:paraId="18E8AA77" w14:textId="77777777">
        <w:trPr>
          <w:jc w:val="center"/>
        </w:trPr>
        <w:tc>
          <w:tcPr>
            <w:tcW w:w="3515" w:type="dxa"/>
            <w:tcMar>
              <w:top w:w="110" w:type="dxa"/>
              <w:left w:w="120" w:type="dxa"/>
              <w:bottom w:w="110" w:type="dxa"/>
              <w:right w:w="120" w:type="dxa"/>
            </w:tcMar>
            <w:vAlign w:val="center"/>
          </w:tcPr>
          <w:p w14:paraId="6B4B1912" w14:textId="77777777" w:rsidR="00C61511" w:rsidRPr="00E85D67" w:rsidRDefault="00000000">
            <w:pPr>
              <w:spacing w:after="0" w:line="252" w:lineRule="auto"/>
              <w:rPr>
                <w:lang w:val="fr-FR"/>
              </w:rPr>
            </w:pPr>
            <w:r w:rsidRPr="00E85D67">
              <w:rPr>
                <w:b/>
                <w:color w:val="17365D"/>
                <w:sz w:val="18"/>
                <w:lang w:val="fr-FR"/>
              </w:rPr>
              <w:t>Durée de validité de l’offre</w:t>
            </w:r>
          </w:p>
        </w:tc>
        <w:tc>
          <w:tcPr>
            <w:tcW w:w="5783" w:type="dxa"/>
            <w:tcMar>
              <w:top w:w="110" w:type="dxa"/>
              <w:left w:w="120" w:type="dxa"/>
              <w:bottom w:w="110" w:type="dxa"/>
              <w:right w:w="120" w:type="dxa"/>
            </w:tcMar>
            <w:vAlign w:val="center"/>
          </w:tcPr>
          <w:p w14:paraId="3B0DBBC1" w14:textId="77777777" w:rsidR="00C61511" w:rsidRDefault="00000000">
            <w:pPr>
              <w:spacing w:after="0" w:line="252" w:lineRule="auto"/>
            </w:pPr>
            <w:r>
              <w:rPr>
                <w:sz w:val="18"/>
              </w:rPr>
              <w:t>…………………… jours à compter du ………………………</w:t>
            </w:r>
          </w:p>
        </w:tc>
      </w:tr>
    </w:tbl>
    <w:p w14:paraId="30E0586B" w14:textId="77777777" w:rsidR="00C61511" w:rsidRDefault="00C61511">
      <w:pPr>
        <w:spacing w:after="0"/>
      </w:pPr>
    </w:p>
    <w:p w14:paraId="3A344EE4" w14:textId="33E4C602" w:rsidR="00C61511" w:rsidRPr="00E85D67" w:rsidRDefault="00000000">
      <w:pPr>
        <w:pStyle w:val="Titre1"/>
        <w:rPr>
          <w:lang w:val="fr-FR"/>
        </w:rPr>
      </w:pPr>
      <w:r w:rsidRPr="00E85D67">
        <w:rPr>
          <w:lang w:val="fr-FR"/>
        </w:rPr>
        <w:t>Déclaration du soumissionnaire</w:t>
      </w:r>
    </w:p>
    <w:p w14:paraId="03C356C6" w14:textId="77777777" w:rsidR="00C61511" w:rsidRPr="00E85D67" w:rsidRDefault="00000000">
      <w:pPr>
        <w:rPr>
          <w:lang w:val="fr-FR"/>
        </w:rPr>
      </w:pPr>
      <w:r w:rsidRPr="00E85D67">
        <w:rPr>
          <w:lang w:val="fr-FR"/>
        </w:rPr>
        <w:t>Je soussigné(e), représentant dûment habilité(e) du porteur de projet, certifie que les informations fournies sont exactes et complètes. Je confirme que les localités proposées ont fait l’objet des vérifications requises et m’engage à signaler toute évolution de leur statut. J’accepte que l’offre fasse l’objet de vérifications techniques, financières, juridiques, environnementales et sociales, sans que son dépôt ne crée une obligation d’acceptation ou de financement à la charge de l’État.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515"/>
        <w:gridCol w:w="5783"/>
      </w:tblGrid>
      <w:tr w:rsidR="00C61511" w14:paraId="1B444E79" w14:textId="77777777">
        <w:trPr>
          <w:jc w:val="center"/>
        </w:trPr>
        <w:tc>
          <w:tcPr>
            <w:tcW w:w="3515" w:type="dxa"/>
            <w:tcMar>
              <w:top w:w="110" w:type="dxa"/>
              <w:left w:w="120" w:type="dxa"/>
              <w:bottom w:w="110" w:type="dxa"/>
              <w:right w:w="120" w:type="dxa"/>
            </w:tcMar>
            <w:vAlign w:val="center"/>
          </w:tcPr>
          <w:p w14:paraId="77E4AA84" w14:textId="77777777" w:rsidR="00C61511" w:rsidRPr="00E85D67" w:rsidRDefault="00000000">
            <w:pPr>
              <w:spacing w:after="0" w:line="252" w:lineRule="auto"/>
              <w:rPr>
                <w:lang w:val="fr-FR"/>
              </w:rPr>
            </w:pPr>
            <w:r w:rsidRPr="00E85D67">
              <w:rPr>
                <w:b/>
                <w:color w:val="17365D"/>
                <w:sz w:val="18"/>
                <w:lang w:val="fr-FR"/>
              </w:rPr>
              <w:t>Nom et qualité du signataire</w:t>
            </w:r>
          </w:p>
        </w:tc>
        <w:tc>
          <w:tcPr>
            <w:tcW w:w="5783" w:type="dxa"/>
            <w:tcMar>
              <w:top w:w="110" w:type="dxa"/>
              <w:left w:w="120" w:type="dxa"/>
              <w:bottom w:w="110" w:type="dxa"/>
              <w:right w:w="120" w:type="dxa"/>
            </w:tcMar>
            <w:vAlign w:val="center"/>
          </w:tcPr>
          <w:p w14:paraId="1A6E79D3" w14:textId="77777777" w:rsidR="00C61511" w:rsidRDefault="00000000">
            <w:pPr>
              <w:spacing w:after="0" w:line="252" w:lineRule="auto"/>
            </w:pPr>
            <w:r>
              <w:rPr>
                <w:sz w:val="18"/>
              </w:rPr>
              <w:t>……………………………………………………………………………………</w:t>
            </w:r>
          </w:p>
        </w:tc>
      </w:tr>
      <w:tr w:rsidR="00C61511" w14:paraId="257E1B1E" w14:textId="77777777">
        <w:trPr>
          <w:jc w:val="center"/>
        </w:trPr>
        <w:tc>
          <w:tcPr>
            <w:tcW w:w="3515" w:type="dxa"/>
            <w:shd w:val="clear" w:color="auto" w:fill="F5F7FA"/>
            <w:tcMar>
              <w:top w:w="110" w:type="dxa"/>
              <w:left w:w="120" w:type="dxa"/>
              <w:bottom w:w="110" w:type="dxa"/>
              <w:right w:w="120" w:type="dxa"/>
            </w:tcMar>
            <w:vAlign w:val="center"/>
          </w:tcPr>
          <w:p w14:paraId="268341FD" w14:textId="77777777" w:rsidR="00C61511" w:rsidRDefault="00000000">
            <w:pPr>
              <w:spacing w:after="0" w:line="252" w:lineRule="auto"/>
            </w:pPr>
            <w:r>
              <w:rPr>
                <w:b/>
                <w:color w:val="17365D"/>
                <w:sz w:val="18"/>
              </w:rPr>
              <w:lastRenderedPageBreak/>
              <w:t>Lieu et date</w:t>
            </w:r>
          </w:p>
        </w:tc>
        <w:tc>
          <w:tcPr>
            <w:tcW w:w="5783" w:type="dxa"/>
            <w:shd w:val="clear" w:color="auto" w:fill="F5F7FA"/>
            <w:tcMar>
              <w:top w:w="110" w:type="dxa"/>
              <w:left w:w="120" w:type="dxa"/>
              <w:bottom w:w="110" w:type="dxa"/>
              <w:right w:w="120" w:type="dxa"/>
            </w:tcMar>
            <w:vAlign w:val="center"/>
          </w:tcPr>
          <w:p w14:paraId="14874C12" w14:textId="77777777" w:rsidR="00C61511" w:rsidRDefault="00000000">
            <w:pPr>
              <w:spacing w:after="0" w:line="252" w:lineRule="auto"/>
            </w:pPr>
            <w:r>
              <w:rPr>
                <w:sz w:val="18"/>
              </w:rPr>
              <w:t>……………………………………………………………………………………</w:t>
            </w:r>
          </w:p>
        </w:tc>
      </w:tr>
      <w:tr w:rsidR="00C61511" w14:paraId="2D5F599B" w14:textId="77777777">
        <w:trPr>
          <w:jc w:val="center"/>
        </w:trPr>
        <w:tc>
          <w:tcPr>
            <w:tcW w:w="3515" w:type="dxa"/>
            <w:tcMar>
              <w:top w:w="110" w:type="dxa"/>
              <w:left w:w="120" w:type="dxa"/>
              <w:bottom w:w="110" w:type="dxa"/>
              <w:right w:w="120" w:type="dxa"/>
            </w:tcMar>
            <w:vAlign w:val="center"/>
          </w:tcPr>
          <w:p w14:paraId="71E319CC" w14:textId="77777777" w:rsidR="00C61511" w:rsidRDefault="00000000">
            <w:pPr>
              <w:spacing w:after="0" w:line="252" w:lineRule="auto"/>
            </w:pPr>
            <w:r>
              <w:rPr>
                <w:b/>
                <w:color w:val="17365D"/>
                <w:sz w:val="18"/>
              </w:rPr>
              <w:t>Signature et cachet</w:t>
            </w:r>
          </w:p>
        </w:tc>
        <w:tc>
          <w:tcPr>
            <w:tcW w:w="5783" w:type="dxa"/>
            <w:tcMar>
              <w:top w:w="110" w:type="dxa"/>
              <w:left w:w="120" w:type="dxa"/>
              <w:bottom w:w="110" w:type="dxa"/>
              <w:right w:w="120" w:type="dxa"/>
            </w:tcMar>
            <w:vAlign w:val="center"/>
          </w:tcPr>
          <w:p w14:paraId="3061A763" w14:textId="77777777" w:rsidR="00C61511" w:rsidRDefault="00000000">
            <w:pPr>
              <w:spacing w:after="0" w:line="252" w:lineRule="auto"/>
            </w:pPr>
            <w:r>
              <w:rPr>
                <w:sz w:val="18"/>
              </w:rPr>
              <w:br/>
            </w:r>
            <w:r>
              <w:rPr>
                <w:sz w:val="18"/>
              </w:rPr>
              <w:br/>
            </w:r>
            <w:r>
              <w:rPr>
                <w:sz w:val="18"/>
              </w:rPr>
              <w:br/>
            </w:r>
          </w:p>
        </w:tc>
      </w:tr>
    </w:tbl>
    <w:p w14:paraId="3DFD6494" w14:textId="77777777" w:rsidR="00C61511" w:rsidRDefault="00C61511">
      <w:pPr>
        <w:spacing w:after="0"/>
      </w:pPr>
    </w:p>
    <w:sectPr w:rsidR="00C61511" w:rsidSect="00034616">
      <w:footerReference w:type="default" r:id="rId8"/>
      <w:pgSz w:w="11906" w:h="16838"/>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88178" w14:textId="77777777" w:rsidR="00577E79" w:rsidRDefault="00577E79">
      <w:pPr>
        <w:spacing w:after="0" w:line="240" w:lineRule="auto"/>
      </w:pPr>
      <w:r>
        <w:separator/>
      </w:r>
    </w:p>
  </w:endnote>
  <w:endnote w:type="continuationSeparator" w:id="0">
    <w:p w14:paraId="6487DEC5" w14:textId="77777777" w:rsidR="00577E79" w:rsidRDefault="00577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88453" w14:textId="77777777" w:rsidR="00C61511" w:rsidRDefault="00000000">
    <w:pPr>
      <w:pStyle w:val="Pieddepage"/>
      <w:jc w:val="center"/>
    </w:pPr>
    <w:r>
      <w:rPr>
        <w:color w:val="59636E"/>
        <w:sz w:val="16"/>
      </w:rPr>
      <w:t xml:space="preserve">SAAUE 2029  |  Formulaire d’offre spontanée  |  Page </w:t>
    </w:r>
    <w:r>
      <w:fldChar w:fldCharType="begin"/>
    </w:r>
    <w:r>
      <w:instrText>PAGE</w:instrText>
    </w:r>
    <w:r>
      <w:fldChar w:fldCharType="separate"/>
    </w:r>
    <w:r w:rsidR="00E85D6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B598" w14:textId="77777777" w:rsidR="00577E79" w:rsidRDefault="00577E79">
      <w:pPr>
        <w:spacing w:after="0" w:line="240" w:lineRule="auto"/>
      </w:pPr>
      <w:r>
        <w:separator/>
      </w:r>
    </w:p>
  </w:footnote>
  <w:footnote w:type="continuationSeparator" w:id="0">
    <w:p w14:paraId="5C2C11A9" w14:textId="77777777" w:rsidR="00577E79" w:rsidRDefault="00577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66402205">
    <w:abstractNumId w:val="8"/>
  </w:num>
  <w:num w:numId="2" w16cid:durableId="791484612">
    <w:abstractNumId w:val="6"/>
  </w:num>
  <w:num w:numId="3" w16cid:durableId="740054753">
    <w:abstractNumId w:val="5"/>
  </w:num>
  <w:num w:numId="4" w16cid:durableId="1260334718">
    <w:abstractNumId w:val="4"/>
  </w:num>
  <w:num w:numId="5" w16cid:durableId="1325745826">
    <w:abstractNumId w:val="7"/>
  </w:num>
  <w:num w:numId="6" w16cid:durableId="229079932">
    <w:abstractNumId w:val="3"/>
  </w:num>
  <w:num w:numId="7" w16cid:durableId="364913050">
    <w:abstractNumId w:val="2"/>
  </w:num>
  <w:num w:numId="8" w16cid:durableId="973217449">
    <w:abstractNumId w:val="1"/>
  </w:num>
  <w:num w:numId="9" w16cid:durableId="1425033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035D"/>
    <w:rsid w:val="0029639D"/>
    <w:rsid w:val="00326F90"/>
    <w:rsid w:val="00577E79"/>
    <w:rsid w:val="00646D97"/>
    <w:rsid w:val="0071312C"/>
    <w:rsid w:val="00AA1D8D"/>
    <w:rsid w:val="00B47730"/>
    <w:rsid w:val="00C61511"/>
    <w:rsid w:val="00CB0664"/>
    <w:rsid w:val="00CE0365"/>
    <w:rsid w:val="00D11D72"/>
    <w:rsid w:val="00E85D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2DFB05"/>
  <w14:defaultImageDpi w14:val="300"/>
  <w15:docId w15:val="{980D6BAD-3EB7-47C8-B52B-955A6990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1F2937"/>
      <w:sz w:val="20"/>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0000"/>
      <w:sz w:val="30"/>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0000"/>
      <w:sz w:val="23"/>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000000"/>
      <w:spacing w:val="5"/>
      <w:kern w:val="28"/>
      <w:sz w:val="4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811</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soumission d’une offre spontanée SAAUE 2029</dc:title>
  <dc:subject>Programme d’achèvement de l’accès universel à l’électricité à l’horizon 2029</dc:subject>
  <dc:creator>Ministère chargé de l’Énergie</dc:creator>
  <cp:keywords/>
  <dc:description>generated by python-docx</dc:description>
  <cp:lastModifiedBy>Abdoul Aziz NDIAYE</cp:lastModifiedBy>
  <cp:revision>4</cp:revision>
  <dcterms:created xsi:type="dcterms:W3CDTF">2026-09-11T12:55:00Z</dcterms:created>
  <dcterms:modified xsi:type="dcterms:W3CDTF">2026-09-14T11:00:00Z</dcterms:modified>
  <cp:category/>
</cp:coreProperties>
</file>